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DE52" w14:textId="32BD0F6F" w:rsidR="002F26B5" w:rsidRDefault="002F26B5" w:rsidP="002F26B5">
      <w:pPr>
        <w:pStyle w:val="Nzev"/>
        <w:jc w:val="center"/>
      </w:pPr>
      <w:r w:rsidRPr="009272FC">
        <w:rPr>
          <w:noProof/>
          <w:color w:val="3071C3" w:themeColor="text2" w:themeTint="BF"/>
        </w:rPr>
        <w:drawing>
          <wp:inline distT="0" distB="0" distL="0" distR="0" wp14:anchorId="150A6D23" wp14:editId="4C098B0A">
            <wp:extent cx="714375" cy="671223"/>
            <wp:effectExtent l="0" t="0" r="0" b="0"/>
            <wp:docPr id="12395499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7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9E2CD" w14:textId="77777777" w:rsidR="002F26B5" w:rsidRPr="002F26B5" w:rsidRDefault="002F26B5" w:rsidP="002F26B5">
      <w:pPr>
        <w:pStyle w:val="Nzev"/>
        <w:jc w:val="center"/>
        <w:rPr>
          <w:color w:val="002060"/>
          <w:sz w:val="48"/>
          <w:szCs w:val="48"/>
        </w:rPr>
      </w:pPr>
    </w:p>
    <w:p w14:paraId="6F0C946A" w14:textId="3A1DAA10" w:rsidR="002F26B5" w:rsidRPr="00CD4DEB" w:rsidRDefault="002F26B5" w:rsidP="002F26B5">
      <w:pPr>
        <w:pStyle w:val="Nzev"/>
        <w:jc w:val="center"/>
        <w:rPr>
          <w:rFonts w:asciiTheme="minorHAnsi" w:hAnsiTheme="minorHAnsi"/>
          <w:b/>
          <w:bCs/>
          <w:sz w:val="40"/>
          <w:szCs w:val="40"/>
        </w:rPr>
      </w:pPr>
      <w:r w:rsidRPr="00CD4DEB">
        <w:rPr>
          <w:rFonts w:asciiTheme="minorHAnsi" w:hAnsiTheme="minorHAnsi"/>
          <w:b/>
          <w:bCs/>
          <w:sz w:val="40"/>
          <w:szCs w:val="40"/>
        </w:rPr>
        <w:t>POVINNĚ ZVEŘEJŇOVANÉ INFORMACE</w:t>
      </w:r>
    </w:p>
    <w:p w14:paraId="50A6A1C4" w14:textId="42B3DD0F" w:rsidR="002F26B5" w:rsidRPr="00CD4DEB" w:rsidRDefault="002F26B5" w:rsidP="002F26B5">
      <w:pPr>
        <w:pStyle w:val="Nzev"/>
        <w:jc w:val="center"/>
        <w:rPr>
          <w:sz w:val="32"/>
          <w:szCs w:val="32"/>
        </w:rPr>
      </w:pPr>
      <w:proofErr w:type="spellStart"/>
      <w:r w:rsidRPr="002F26B5">
        <w:rPr>
          <w:sz w:val="40"/>
          <w:szCs w:val="40"/>
        </w:rPr>
        <w:t>pod</w:t>
      </w:r>
      <w:r w:rsidRPr="00CD4DEB">
        <w:rPr>
          <w:sz w:val="32"/>
          <w:szCs w:val="32"/>
        </w:rPr>
        <w:t>le</w:t>
      </w:r>
      <w:proofErr w:type="spellEnd"/>
      <w:r w:rsidRPr="00CD4DEB">
        <w:rPr>
          <w:sz w:val="32"/>
          <w:szCs w:val="32"/>
        </w:rPr>
        <w:t xml:space="preserve"> § 5 </w:t>
      </w:r>
      <w:proofErr w:type="spellStart"/>
      <w:r w:rsidRPr="00CD4DEB">
        <w:rPr>
          <w:sz w:val="32"/>
          <w:szCs w:val="32"/>
        </w:rPr>
        <w:t>zákona</w:t>
      </w:r>
      <w:proofErr w:type="spellEnd"/>
      <w:r w:rsidRPr="00CD4DEB">
        <w:rPr>
          <w:sz w:val="32"/>
          <w:szCs w:val="32"/>
        </w:rPr>
        <w:t xml:space="preserve"> č. 106/1999 Sb., o </w:t>
      </w:r>
      <w:proofErr w:type="spellStart"/>
      <w:r w:rsidRPr="00CD4DEB">
        <w:rPr>
          <w:sz w:val="32"/>
          <w:szCs w:val="32"/>
        </w:rPr>
        <w:t>svobodném</w:t>
      </w:r>
      <w:proofErr w:type="spellEnd"/>
      <w:r w:rsidRPr="00CD4DEB">
        <w:rPr>
          <w:sz w:val="32"/>
          <w:szCs w:val="32"/>
        </w:rPr>
        <w:t xml:space="preserve"> </w:t>
      </w:r>
      <w:proofErr w:type="spellStart"/>
      <w:r w:rsidRPr="00CD4DEB">
        <w:rPr>
          <w:sz w:val="32"/>
          <w:szCs w:val="32"/>
        </w:rPr>
        <w:t>přístupu</w:t>
      </w:r>
      <w:proofErr w:type="spellEnd"/>
      <w:r w:rsidRPr="00CD4DEB">
        <w:rPr>
          <w:sz w:val="32"/>
          <w:szCs w:val="32"/>
        </w:rPr>
        <w:t xml:space="preserve"> k </w:t>
      </w:r>
      <w:proofErr w:type="spellStart"/>
      <w:r w:rsidRPr="00CD4DEB">
        <w:rPr>
          <w:sz w:val="32"/>
          <w:szCs w:val="32"/>
        </w:rPr>
        <w:t>informacím</w:t>
      </w:r>
      <w:proofErr w:type="spellEnd"/>
      <w:r w:rsidRPr="00CD4DEB">
        <w:rPr>
          <w:sz w:val="32"/>
          <w:szCs w:val="32"/>
        </w:rPr>
        <w:t xml:space="preserve">, </w:t>
      </w:r>
      <w:proofErr w:type="spellStart"/>
      <w:r w:rsidRPr="00CD4DEB">
        <w:rPr>
          <w:sz w:val="32"/>
          <w:szCs w:val="32"/>
        </w:rPr>
        <w:t>ve</w:t>
      </w:r>
      <w:proofErr w:type="spellEnd"/>
      <w:r w:rsidRPr="00CD4DEB">
        <w:rPr>
          <w:sz w:val="32"/>
          <w:szCs w:val="32"/>
        </w:rPr>
        <w:t xml:space="preserve"> </w:t>
      </w:r>
      <w:proofErr w:type="spellStart"/>
      <w:r w:rsidRPr="00CD4DEB">
        <w:rPr>
          <w:sz w:val="32"/>
          <w:szCs w:val="32"/>
        </w:rPr>
        <w:t>znění</w:t>
      </w:r>
      <w:proofErr w:type="spellEnd"/>
      <w:r w:rsidRPr="00CD4DEB">
        <w:rPr>
          <w:sz w:val="32"/>
          <w:szCs w:val="32"/>
        </w:rPr>
        <w:t xml:space="preserve"> </w:t>
      </w:r>
      <w:proofErr w:type="spellStart"/>
      <w:r w:rsidRPr="00CD4DEB">
        <w:rPr>
          <w:sz w:val="32"/>
          <w:szCs w:val="32"/>
        </w:rPr>
        <w:t>pozdějších</w:t>
      </w:r>
      <w:proofErr w:type="spellEnd"/>
      <w:r w:rsidRPr="00CD4DEB">
        <w:rPr>
          <w:sz w:val="32"/>
          <w:szCs w:val="32"/>
        </w:rPr>
        <w:t xml:space="preserve"> </w:t>
      </w:r>
      <w:proofErr w:type="spellStart"/>
      <w:r w:rsidRPr="00CD4DEB">
        <w:rPr>
          <w:sz w:val="32"/>
          <w:szCs w:val="32"/>
        </w:rPr>
        <w:t>předpisů</w:t>
      </w:r>
      <w:proofErr w:type="spellEnd"/>
    </w:p>
    <w:p w14:paraId="336762DC" w14:textId="0E3BDB90" w:rsidR="002F26B5" w:rsidRPr="002F26B5" w:rsidRDefault="002F26B5" w:rsidP="002F26B5">
      <w:pPr>
        <w:jc w:val="center"/>
        <w:rPr>
          <w:rFonts w:asciiTheme="minorHAnsi" w:hAnsiTheme="minorHAnsi"/>
          <w:i/>
          <w:sz w:val="28"/>
          <w:szCs w:val="28"/>
        </w:rPr>
      </w:pPr>
      <w:r w:rsidRPr="002F26B5">
        <w:rPr>
          <w:rFonts w:asciiTheme="minorHAnsi" w:hAnsiTheme="minorHAnsi"/>
          <w:i/>
          <w:sz w:val="28"/>
          <w:szCs w:val="28"/>
        </w:rPr>
        <w:t xml:space="preserve">ZŠ a MŠ </w:t>
      </w:r>
      <w:proofErr w:type="spellStart"/>
      <w:r w:rsidRPr="002F26B5">
        <w:rPr>
          <w:rFonts w:asciiTheme="minorHAnsi" w:hAnsiTheme="minorHAnsi"/>
          <w:i/>
          <w:sz w:val="28"/>
          <w:szCs w:val="28"/>
        </w:rPr>
        <w:t>Třinec</w:t>
      </w:r>
      <w:proofErr w:type="spellEnd"/>
      <w:r w:rsidRPr="002F26B5">
        <w:rPr>
          <w:rFonts w:asciiTheme="minorHAnsi" w:hAnsiTheme="minorHAnsi"/>
          <w:i/>
          <w:sz w:val="28"/>
          <w:szCs w:val="28"/>
        </w:rPr>
        <w:t xml:space="preserve">, </w:t>
      </w:r>
      <w:proofErr w:type="spellStart"/>
      <w:r w:rsidRPr="002F26B5">
        <w:rPr>
          <w:rFonts w:asciiTheme="minorHAnsi" w:hAnsiTheme="minorHAnsi"/>
          <w:i/>
          <w:sz w:val="28"/>
          <w:szCs w:val="28"/>
        </w:rPr>
        <w:t>Oldřichovice</w:t>
      </w:r>
      <w:proofErr w:type="spellEnd"/>
      <w:r w:rsidRPr="002F26B5">
        <w:rPr>
          <w:rFonts w:asciiTheme="minorHAnsi" w:hAnsiTheme="minorHAnsi"/>
          <w:i/>
          <w:sz w:val="28"/>
          <w:szCs w:val="28"/>
        </w:rPr>
        <w:t xml:space="preserve"> 275, </w:t>
      </w:r>
      <w:proofErr w:type="spellStart"/>
      <w:r w:rsidRPr="002F26B5">
        <w:rPr>
          <w:rFonts w:asciiTheme="minorHAnsi" w:hAnsiTheme="minorHAnsi"/>
          <w:i/>
          <w:sz w:val="28"/>
          <w:szCs w:val="28"/>
        </w:rPr>
        <w:t>příspěvková</w:t>
      </w:r>
      <w:proofErr w:type="spellEnd"/>
      <w:r w:rsidRPr="002F26B5">
        <w:rPr>
          <w:rFonts w:asciiTheme="minorHAnsi" w:hAnsiTheme="minorHAnsi"/>
          <w:i/>
          <w:sz w:val="28"/>
          <w:szCs w:val="28"/>
        </w:rPr>
        <w:t xml:space="preserve"> </w:t>
      </w:r>
      <w:proofErr w:type="spellStart"/>
      <w:r w:rsidRPr="002F26B5">
        <w:rPr>
          <w:rFonts w:asciiTheme="minorHAnsi" w:hAnsiTheme="minorHAnsi"/>
          <w:i/>
          <w:sz w:val="28"/>
          <w:szCs w:val="28"/>
        </w:rPr>
        <w:t>organizace</w:t>
      </w:r>
      <w:proofErr w:type="spellEnd"/>
    </w:p>
    <w:p w14:paraId="3A933BB3" w14:textId="77777777" w:rsidR="00E00101" w:rsidRDefault="00E00101">
      <w:pPr>
        <w:pStyle w:val="Nadpis2"/>
        <w:rPr>
          <w:sz w:val="28"/>
          <w:szCs w:val="28"/>
        </w:rPr>
      </w:pPr>
    </w:p>
    <w:p w14:paraId="6B36E379" w14:textId="1F7A86D4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1. Oficiální název</w:t>
      </w:r>
    </w:p>
    <w:p w14:paraId="33C18AC6" w14:textId="06526FC6" w:rsidR="00A81442" w:rsidRPr="00AB71A5" w:rsidRDefault="00000000">
      <w:pPr>
        <w:rPr>
          <w:b/>
          <w:bCs/>
          <w:sz w:val="24"/>
          <w:szCs w:val="24"/>
        </w:rPr>
      </w:pPr>
      <w:proofErr w:type="spellStart"/>
      <w:r w:rsidRPr="00AB71A5">
        <w:rPr>
          <w:b/>
          <w:bCs/>
          <w:sz w:val="24"/>
          <w:szCs w:val="24"/>
        </w:rPr>
        <w:t>Z</w:t>
      </w:r>
      <w:r w:rsidR="006B35E4" w:rsidRPr="00AB71A5">
        <w:rPr>
          <w:b/>
          <w:bCs/>
          <w:sz w:val="24"/>
          <w:szCs w:val="24"/>
        </w:rPr>
        <w:t>ákladní</w:t>
      </w:r>
      <w:proofErr w:type="spellEnd"/>
      <w:r w:rsidR="006B35E4" w:rsidRPr="00AB71A5">
        <w:rPr>
          <w:b/>
          <w:bCs/>
          <w:sz w:val="24"/>
          <w:szCs w:val="24"/>
        </w:rPr>
        <w:t xml:space="preserve"> </w:t>
      </w:r>
      <w:proofErr w:type="spellStart"/>
      <w:r w:rsidR="006B35E4" w:rsidRPr="00AB71A5">
        <w:rPr>
          <w:b/>
          <w:bCs/>
          <w:sz w:val="24"/>
          <w:szCs w:val="24"/>
        </w:rPr>
        <w:t>škola</w:t>
      </w:r>
      <w:proofErr w:type="spellEnd"/>
      <w:r w:rsidRPr="00AB71A5">
        <w:rPr>
          <w:b/>
          <w:bCs/>
          <w:sz w:val="24"/>
          <w:szCs w:val="24"/>
        </w:rPr>
        <w:t xml:space="preserve"> a </w:t>
      </w:r>
      <w:proofErr w:type="spellStart"/>
      <w:r w:rsidR="006B35E4" w:rsidRPr="00AB71A5">
        <w:rPr>
          <w:b/>
          <w:bCs/>
          <w:sz w:val="24"/>
          <w:szCs w:val="24"/>
        </w:rPr>
        <w:t>mateřská</w:t>
      </w:r>
      <w:proofErr w:type="spellEnd"/>
      <w:r w:rsidR="006B35E4" w:rsidRPr="00AB71A5">
        <w:rPr>
          <w:b/>
          <w:bCs/>
          <w:sz w:val="24"/>
          <w:szCs w:val="24"/>
        </w:rPr>
        <w:t xml:space="preserve"> </w:t>
      </w:r>
      <w:proofErr w:type="spellStart"/>
      <w:r w:rsidR="006B35E4" w:rsidRPr="00AB71A5">
        <w:rPr>
          <w:b/>
          <w:bCs/>
          <w:sz w:val="24"/>
          <w:szCs w:val="24"/>
        </w:rPr>
        <w:t>škola</w:t>
      </w:r>
      <w:proofErr w:type="spellEnd"/>
      <w:r w:rsidRPr="00AB71A5">
        <w:rPr>
          <w:b/>
          <w:bCs/>
          <w:sz w:val="24"/>
          <w:szCs w:val="24"/>
        </w:rPr>
        <w:t xml:space="preserve"> </w:t>
      </w:r>
      <w:proofErr w:type="spellStart"/>
      <w:r w:rsidRPr="00AB71A5">
        <w:rPr>
          <w:b/>
          <w:bCs/>
          <w:sz w:val="24"/>
          <w:szCs w:val="24"/>
        </w:rPr>
        <w:t>Třinec</w:t>
      </w:r>
      <w:proofErr w:type="spellEnd"/>
      <w:r w:rsidRPr="00AB71A5">
        <w:rPr>
          <w:b/>
          <w:bCs/>
          <w:sz w:val="24"/>
          <w:szCs w:val="24"/>
        </w:rPr>
        <w:t xml:space="preserve">, </w:t>
      </w:r>
      <w:proofErr w:type="spellStart"/>
      <w:r w:rsidRPr="00AB71A5">
        <w:rPr>
          <w:b/>
          <w:bCs/>
          <w:sz w:val="24"/>
          <w:szCs w:val="24"/>
        </w:rPr>
        <w:t>Oldřichovice</w:t>
      </w:r>
      <w:proofErr w:type="spellEnd"/>
      <w:r w:rsidRPr="00AB71A5">
        <w:rPr>
          <w:b/>
          <w:bCs/>
          <w:sz w:val="24"/>
          <w:szCs w:val="24"/>
        </w:rPr>
        <w:t xml:space="preserve"> 275, </w:t>
      </w:r>
      <w:proofErr w:type="spellStart"/>
      <w:r w:rsidRPr="00AB71A5">
        <w:rPr>
          <w:b/>
          <w:bCs/>
          <w:sz w:val="24"/>
          <w:szCs w:val="24"/>
        </w:rPr>
        <w:t>příspěvková</w:t>
      </w:r>
      <w:proofErr w:type="spellEnd"/>
      <w:r w:rsidRPr="00AB71A5">
        <w:rPr>
          <w:b/>
          <w:bCs/>
          <w:sz w:val="24"/>
          <w:szCs w:val="24"/>
        </w:rPr>
        <w:t xml:space="preserve"> </w:t>
      </w:r>
      <w:proofErr w:type="spellStart"/>
      <w:r w:rsidRPr="00AB71A5">
        <w:rPr>
          <w:b/>
          <w:bCs/>
          <w:sz w:val="24"/>
          <w:szCs w:val="24"/>
        </w:rPr>
        <w:t>organizace</w:t>
      </w:r>
      <w:proofErr w:type="spellEnd"/>
    </w:p>
    <w:p w14:paraId="22F5A479" w14:textId="77777777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2. Důvod a způsob založení</w:t>
      </w:r>
    </w:p>
    <w:p w14:paraId="3148CF89" w14:textId="77777777" w:rsidR="008C75B4" w:rsidRPr="00AB71A5" w:rsidRDefault="008C75B4" w:rsidP="008C75B4">
      <w:pPr>
        <w:rPr>
          <w:sz w:val="24"/>
          <w:szCs w:val="24"/>
          <w:lang w:val="cs-CZ"/>
        </w:rPr>
      </w:pPr>
      <w:r w:rsidRPr="00AB71A5">
        <w:rPr>
          <w:sz w:val="24"/>
          <w:szCs w:val="24"/>
          <w:lang w:val="cs-CZ"/>
        </w:rPr>
        <w:t xml:space="preserve">ZŠ a MŠ Třinec, Oldřichovice 275, příspěvková organizace je příspěvkovou organizací zřízenou </w:t>
      </w:r>
      <w:r w:rsidRPr="00AB71A5">
        <w:rPr>
          <w:b/>
          <w:bCs/>
          <w:sz w:val="24"/>
          <w:szCs w:val="24"/>
          <w:lang w:val="cs-CZ"/>
        </w:rPr>
        <w:t>Statutárním městem Třinec</w:t>
      </w:r>
      <w:r w:rsidRPr="00AB71A5">
        <w:rPr>
          <w:sz w:val="24"/>
          <w:szCs w:val="24"/>
          <w:lang w:val="cs-CZ"/>
        </w:rPr>
        <w:t xml:space="preserve"> za účelem poskytování předškolního vzdělávání, základního vzdělávání a školských služeb podle zákona č. 561/2004 Sb., školského zákona, ve znění pozdějších předpisů.</w:t>
      </w:r>
    </w:p>
    <w:p w14:paraId="55A92C10" w14:textId="2ECA856A" w:rsidR="008C75B4" w:rsidRPr="00AB71A5" w:rsidRDefault="008C75B4" w:rsidP="006B35E4">
      <w:pPr>
        <w:rPr>
          <w:sz w:val="24"/>
          <w:szCs w:val="24"/>
          <w:lang w:val="cs-CZ"/>
        </w:rPr>
      </w:pPr>
      <w:r w:rsidRPr="00AB71A5">
        <w:rPr>
          <w:sz w:val="24"/>
          <w:szCs w:val="24"/>
          <w:lang w:val="cs-CZ"/>
        </w:rPr>
        <w:t>Organizace byla zřízena zřizovací listinou vydanou Statutárním městem Třinec a vykonává činnost:</w:t>
      </w:r>
      <w:r w:rsidR="006B35E4" w:rsidRPr="00AB71A5">
        <w:rPr>
          <w:sz w:val="24"/>
          <w:szCs w:val="24"/>
          <w:lang w:val="cs-CZ"/>
        </w:rPr>
        <w:t xml:space="preserve"> </w:t>
      </w:r>
      <w:r w:rsidRPr="00AB71A5">
        <w:rPr>
          <w:sz w:val="24"/>
          <w:szCs w:val="24"/>
          <w:lang w:val="cs-CZ"/>
        </w:rPr>
        <w:t xml:space="preserve">základní školy, mateřské školy, školní družiny, školní jídelny. </w:t>
      </w:r>
    </w:p>
    <w:p w14:paraId="312AC6E1" w14:textId="356C0FD1" w:rsidR="008C75B4" w:rsidRPr="00AB71A5" w:rsidRDefault="008C75B4" w:rsidP="008C75B4">
      <w:pPr>
        <w:rPr>
          <w:sz w:val="24"/>
          <w:szCs w:val="24"/>
          <w:lang w:val="cs-CZ"/>
        </w:rPr>
      </w:pPr>
      <w:r w:rsidRPr="00AB71A5">
        <w:rPr>
          <w:b/>
          <w:bCs/>
          <w:sz w:val="24"/>
          <w:szCs w:val="24"/>
          <w:lang w:val="cs-CZ"/>
        </w:rPr>
        <w:t>Zřizovatel</w:t>
      </w:r>
      <w:r w:rsidR="00AB71A5">
        <w:rPr>
          <w:sz w:val="24"/>
          <w:szCs w:val="24"/>
          <w:lang w:val="cs-CZ"/>
        </w:rPr>
        <w:t xml:space="preserve">: </w:t>
      </w:r>
      <w:r w:rsidRPr="00AB71A5">
        <w:rPr>
          <w:sz w:val="24"/>
          <w:szCs w:val="24"/>
          <w:lang w:val="cs-CZ"/>
        </w:rPr>
        <w:t>Statutární město Třinec</w:t>
      </w:r>
    </w:p>
    <w:p w14:paraId="511C808D" w14:textId="77777777" w:rsidR="008C75B4" w:rsidRPr="00AB71A5" w:rsidRDefault="008C75B4" w:rsidP="008C75B4">
      <w:pPr>
        <w:rPr>
          <w:sz w:val="24"/>
          <w:szCs w:val="24"/>
          <w:lang w:val="cs-CZ"/>
        </w:rPr>
      </w:pPr>
      <w:r w:rsidRPr="00AB71A5">
        <w:rPr>
          <w:sz w:val="24"/>
          <w:szCs w:val="24"/>
          <w:lang w:val="cs-CZ"/>
        </w:rPr>
        <w:t>Jablunkovská 160</w:t>
      </w:r>
    </w:p>
    <w:p w14:paraId="4D7C80C1" w14:textId="77777777" w:rsidR="008C75B4" w:rsidRPr="00AB71A5" w:rsidRDefault="008C75B4" w:rsidP="008C75B4">
      <w:pPr>
        <w:rPr>
          <w:sz w:val="24"/>
          <w:szCs w:val="24"/>
          <w:lang w:val="cs-CZ"/>
        </w:rPr>
      </w:pPr>
      <w:r w:rsidRPr="00AB71A5">
        <w:rPr>
          <w:sz w:val="24"/>
          <w:szCs w:val="24"/>
          <w:lang w:val="cs-CZ"/>
        </w:rPr>
        <w:t>739 61 Třinec</w:t>
      </w:r>
    </w:p>
    <w:p w14:paraId="3C645CA8" w14:textId="77777777" w:rsidR="008C75B4" w:rsidRPr="00AB71A5" w:rsidRDefault="008C75B4" w:rsidP="008C75B4">
      <w:pPr>
        <w:rPr>
          <w:sz w:val="24"/>
          <w:szCs w:val="24"/>
          <w:lang w:val="cs-CZ"/>
        </w:rPr>
      </w:pPr>
      <w:r w:rsidRPr="00AB71A5">
        <w:rPr>
          <w:sz w:val="24"/>
          <w:szCs w:val="24"/>
          <w:lang w:val="cs-CZ"/>
        </w:rPr>
        <w:t>IČO: 00297313</w:t>
      </w:r>
    </w:p>
    <w:p w14:paraId="71436C20" w14:textId="008964E1" w:rsidR="008C75B4" w:rsidRPr="00AB71A5" w:rsidRDefault="008C75B4" w:rsidP="008C75B4">
      <w:pPr>
        <w:rPr>
          <w:sz w:val="24"/>
          <w:szCs w:val="24"/>
          <w:lang w:val="cs-CZ"/>
        </w:rPr>
      </w:pPr>
      <w:r w:rsidRPr="00AB71A5">
        <w:rPr>
          <w:sz w:val="24"/>
          <w:szCs w:val="24"/>
          <w:lang w:val="cs-CZ"/>
        </w:rPr>
        <w:t>Zřizovací listina je uložena v sídle školy a je zveřejněna v souladu s právními předpisy</w:t>
      </w:r>
      <w:r w:rsidR="000B6AFB">
        <w:rPr>
          <w:sz w:val="24"/>
          <w:szCs w:val="24"/>
          <w:lang w:val="cs-CZ"/>
        </w:rPr>
        <w:t>.</w:t>
      </w:r>
    </w:p>
    <w:p w14:paraId="3672845D" w14:textId="27A0666F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 xml:space="preserve">3. </w:t>
      </w:r>
      <w:proofErr w:type="spellStart"/>
      <w:r w:rsidRPr="008B2203">
        <w:rPr>
          <w:sz w:val="28"/>
          <w:szCs w:val="28"/>
        </w:rPr>
        <w:t>Organizační</w:t>
      </w:r>
      <w:proofErr w:type="spellEnd"/>
      <w:r w:rsidRPr="008B2203">
        <w:rPr>
          <w:sz w:val="28"/>
          <w:szCs w:val="28"/>
        </w:rPr>
        <w:t xml:space="preserve"> </w:t>
      </w:r>
      <w:proofErr w:type="spellStart"/>
      <w:r w:rsidRPr="008B2203">
        <w:rPr>
          <w:sz w:val="28"/>
          <w:szCs w:val="28"/>
        </w:rPr>
        <w:t>struktura</w:t>
      </w:r>
      <w:proofErr w:type="spellEnd"/>
    </w:p>
    <w:p w14:paraId="4F8913A8" w14:textId="50DDB464" w:rsidR="00BF0255" w:rsidRPr="00AB71A5" w:rsidRDefault="00002F0D" w:rsidP="00BF0255">
      <w:pPr>
        <w:rPr>
          <w:sz w:val="24"/>
          <w:szCs w:val="24"/>
          <w:lang w:val="cs-CZ"/>
        </w:rPr>
      </w:pPr>
      <w:r w:rsidRPr="000B6AFB">
        <w:rPr>
          <w:b/>
          <w:bCs/>
          <w:sz w:val="24"/>
          <w:szCs w:val="24"/>
          <w:lang w:val="cs-CZ"/>
        </w:rPr>
        <w:t>Statutární orgán:</w:t>
      </w:r>
      <w:r w:rsidRPr="00AB71A5">
        <w:rPr>
          <w:sz w:val="24"/>
          <w:szCs w:val="24"/>
          <w:lang w:val="cs-CZ"/>
        </w:rPr>
        <w:t xml:space="preserve"> Mgr. Kateřina Spilaková, ředitelka školy</w:t>
      </w:r>
    </w:p>
    <w:p w14:paraId="0E744F17" w14:textId="49B0E52B" w:rsidR="00002F0D" w:rsidRPr="00AB71A5" w:rsidRDefault="00002F0D" w:rsidP="00BF0255">
      <w:pPr>
        <w:rPr>
          <w:sz w:val="24"/>
          <w:szCs w:val="24"/>
          <w:lang w:val="cs-CZ"/>
        </w:rPr>
      </w:pPr>
      <w:r w:rsidRPr="008B2203">
        <w:rPr>
          <w:b/>
          <w:bCs/>
          <w:sz w:val="24"/>
          <w:szCs w:val="24"/>
          <w:lang w:val="cs-CZ"/>
        </w:rPr>
        <w:t>Zástupce statu</w:t>
      </w:r>
      <w:r w:rsidR="00A927FB" w:rsidRPr="008B2203">
        <w:rPr>
          <w:b/>
          <w:bCs/>
          <w:sz w:val="24"/>
          <w:szCs w:val="24"/>
          <w:lang w:val="cs-CZ"/>
        </w:rPr>
        <w:t>tárního organu:</w:t>
      </w:r>
      <w:r w:rsidR="00A927FB" w:rsidRPr="00AB71A5">
        <w:rPr>
          <w:sz w:val="24"/>
          <w:szCs w:val="24"/>
          <w:lang w:val="cs-CZ"/>
        </w:rPr>
        <w:t xml:space="preserve"> Mgr. Pavlína </w:t>
      </w:r>
      <w:proofErr w:type="spellStart"/>
      <w:r w:rsidR="00A927FB" w:rsidRPr="00AB71A5">
        <w:rPr>
          <w:sz w:val="24"/>
          <w:szCs w:val="24"/>
          <w:lang w:val="cs-CZ"/>
        </w:rPr>
        <w:t>Topalidisová</w:t>
      </w:r>
      <w:proofErr w:type="spellEnd"/>
      <w:r w:rsidR="00A927FB" w:rsidRPr="00AB71A5">
        <w:rPr>
          <w:sz w:val="24"/>
          <w:szCs w:val="24"/>
          <w:lang w:val="cs-CZ"/>
        </w:rPr>
        <w:t>, zástupkyně ředitelky školy</w:t>
      </w:r>
    </w:p>
    <w:p w14:paraId="0B832AC8" w14:textId="03F64996" w:rsidR="005734B5" w:rsidRPr="00AB71A5" w:rsidRDefault="005734B5" w:rsidP="005734B5">
      <w:pPr>
        <w:rPr>
          <w:sz w:val="24"/>
          <w:szCs w:val="24"/>
          <w:lang w:val="cs-CZ"/>
        </w:rPr>
      </w:pPr>
      <w:r w:rsidRPr="008B2203">
        <w:rPr>
          <w:b/>
          <w:bCs/>
          <w:sz w:val="24"/>
          <w:szCs w:val="24"/>
          <w:lang w:val="cs-CZ"/>
        </w:rPr>
        <w:t>Součásti školy:</w:t>
      </w:r>
      <w:r w:rsidRPr="00AB71A5">
        <w:rPr>
          <w:sz w:val="24"/>
          <w:szCs w:val="24"/>
          <w:lang w:val="cs-CZ"/>
        </w:rPr>
        <w:t xml:space="preserve"> Základní škola, Mateřská škola, Školní družina, Školní jídelna</w:t>
      </w:r>
    </w:p>
    <w:p w14:paraId="6BE29B18" w14:textId="77777777" w:rsidR="005734B5" w:rsidRPr="00AB71A5" w:rsidRDefault="005734B5" w:rsidP="00BF0255">
      <w:pPr>
        <w:rPr>
          <w:sz w:val="24"/>
          <w:szCs w:val="24"/>
        </w:rPr>
      </w:pPr>
    </w:p>
    <w:p w14:paraId="084E8774" w14:textId="57900398" w:rsidR="00C940AB" w:rsidRDefault="00C940AB" w:rsidP="00E00101">
      <w:pPr>
        <w:jc w:val="center"/>
        <w:rPr>
          <w:sz w:val="28"/>
          <w:szCs w:val="28"/>
          <w:lang w:val="cs-CZ"/>
        </w:rPr>
      </w:pPr>
      <w:r w:rsidRPr="008B2203">
        <w:rPr>
          <w:noProof/>
          <w:sz w:val="28"/>
          <w:szCs w:val="28"/>
          <w:lang w:val="cs-CZ"/>
        </w:rPr>
        <w:lastRenderedPageBreak/>
        <w:drawing>
          <wp:inline distT="0" distB="0" distL="0" distR="0" wp14:anchorId="53AE56C4" wp14:editId="716F04D5">
            <wp:extent cx="4337063" cy="3238500"/>
            <wp:effectExtent l="0" t="0" r="6350" b="0"/>
            <wp:docPr id="134756556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049" cy="326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2D954" w14:textId="0C03BE3A" w:rsidR="005338EE" w:rsidRPr="005338EE" w:rsidRDefault="005338EE" w:rsidP="00E00101">
      <w:pPr>
        <w:jc w:val="center"/>
        <w:rPr>
          <w:lang w:val="cs-CZ"/>
        </w:rPr>
      </w:pPr>
      <w:proofErr w:type="spellStart"/>
      <w:r w:rsidRPr="005338EE">
        <w:t>Podrobné</w:t>
      </w:r>
      <w:proofErr w:type="spellEnd"/>
      <w:r w:rsidRPr="005338EE">
        <w:t xml:space="preserve"> </w:t>
      </w:r>
      <w:proofErr w:type="spellStart"/>
      <w:r w:rsidRPr="005338EE">
        <w:t>organizační</w:t>
      </w:r>
      <w:proofErr w:type="spellEnd"/>
      <w:r w:rsidRPr="005338EE">
        <w:t xml:space="preserve"> </w:t>
      </w:r>
      <w:proofErr w:type="spellStart"/>
      <w:r w:rsidRPr="005338EE">
        <w:t>členění</w:t>
      </w:r>
      <w:proofErr w:type="spellEnd"/>
      <w:r w:rsidRPr="005338EE">
        <w:t xml:space="preserve"> </w:t>
      </w:r>
      <w:proofErr w:type="spellStart"/>
      <w:r w:rsidRPr="005338EE">
        <w:t>školy</w:t>
      </w:r>
      <w:proofErr w:type="spellEnd"/>
      <w:r w:rsidRPr="005338EE">
        <w:t xml:space="preserve"> je </w:t>
      </w:r>
      <w:proofErr w:type="spellStart"/>
      <w:r w:rsidRPr="005338EE">
        <w:t>upraveno</w:t>
      </w:r>
      <w:proofErr w:type="spellEnd"/>
      <w:r w:rsidRPr="005338EE">
        <w:t xml:space="preserve"> </w:t>
      </w:r>
      <w:proofErr w:type="spellStart"/>
      <w:r w:rsidRPr="005338EE">
        <w:t>Organizačním</w:t>
      </w:r>
      <w:proofErr w:type="spellEnd"/>
      <w:r w:rsidRPr="005338EE">
        <w:t xml:space="preserve"> </w:t>
      </w:r>
      <w:proofErr w:type="spellStart"/>
      <w:r w:rsidRPr="005338EE">
        <w:t>řádem</w:t>
      </w:r>
      <w:proofErr w:type="spellEnd"/>
      <w:r w:rsidRPr="005338EE">
        <w:t xml:space="preserve"> </w:t>
      </w:r>
      <w:proofErr w:type="spellStart"/>
      <w:r w:rsidRPr="005338EE">
        <w:t>školy</w:t>
      </w:r>
      <w:proofErr w:type="spellEnd"/>
      <w:r w:rsidRPr="005338EE">
        <w:t>.</w:t>
      </w:r>
    </w:p>
    <w:p w14:paraId="30DD854C" w14:textId="5A88BAFA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4. Kontaktní spojení</w:t>
      </w:r>
    </w:p>
    <w:p w14:paraId="3D4F7280" w14:textId="0923BA8D" w:rsidR="00A81442" w:rsidRPr="00AB71A5" w:rsidRDefault="00000000">
      <w:pPr>
        <w:rPr>
          <w:sz w:val="24"/>
          <w:szCs w:val="24"/>
        </w:rPr>
      </w:pPr>
      <w:proofErr w:type="spellStart"/>
      <w:r w:rsidRPr="008F69BE">
        <w:rPr>
          <w:b/>
          <w:bCs/>
          <w:sz w:val="24"/>
          <w:szCs w:val="24"/>
        </w:rPr>
        <w:t>Adresa</w:t>
      </w:r>
      <w:proofErr w:type="spellEnd"/>
      <w:r w:rsidRPr="008F69BE">
        <w:rPr>
          <w:b/>
          <w:bCs/>
          <w:sz w:val="24"/>
          <w:szCs w:val="24"/>
        </w:rPr>
        <w:t>:</w:t>
      </w:r>
      <w:r w:rsidRPr="00AB71A5">
        <w:rPr>
          <w:sz w:val="24"/>
          <w:szCs w:val="24"/>
        </w:rPr>
        <w:t xml:space="preserve"> </w:t>
      </w:r>
      <w:proofErr w:type="spellStart"/>
      <w:r w:rsidRPr="00AB71A5">
        <w:rPr>
          <w:sz w:val="24"/>
          <w:szCs w:val="24"/>
        </w:rPr>
        <w:t>Oldřichovice</w:t>
      </w:r>
      <w:proofErr w:type="spellEnd"/>
      <w:r w:rsidRPr="00AB71A5">
        <w:rPr>
          <w:sz w:val="24"/>
          <w:szCs w:val="24"/>
        </w:rPr>
        <w:t xml:space="preserve"> 275, 739 61 </w:t>
      </w:r>
      <w:proofErr w:type="spellStart"/>
      <w:r w:rsidRPr="00AB71A5">
        <w:rPr>
          <w:sz w:val="24"/>
          <w:szCs w:val="24"/>
        </w:rPr>
        <w:t>Třinec</w:t>
      </w:r>
      <w:proofErr w:type="spellEnd"/>
      <w:r w:rsidRPr="00AB71A5">
        <w:rPr>
          <w:sz w:val="24"/>
          <w:szCs w:val="24"/>
        </w:rPr>
        <w:br/>
      </w:r>
      <w:proofErr w:type="spellStart"/>
      <w:r w:rsidRPr="008F69BE">
        <w:rPr>
          <w:b/>
          <w:bCs/>
          <w:sz w:val="24"/>
          <w:szCs w:val="24"/>
        </w:rPr>
        <w:t>Datová</w:t>
      </w:r>
      <w:proofErr w:type="spellEnd"/>
      <w:r w:rsidRPr="008F69BE">
        <w:rPr>
          <w:b/>
          <w:bCs/>
          <w:sz w:val="24"/>
          <w:szCs w:val="24"/>
        </w:rPr>
        <w:t xml:space="preserve"> </w:t>
      </w:r>
      <w:proofErr w:type="spellStart"/>
      <w:r w:rsidRPr="008F69BE">
        <w:rPr>
          <w:b/>
          <w:bCs/>
          <w:sz w:val="24"/>
          <w:szCs w:val="24"/>
        </w:rPr>
        <w:t>schránka</w:t>
      </w:r>
      <w:proofErr w:type="spellEnd"/>
      <w:r w:rsidRPr="008F69BE">
        <w:rPr>
          <w:b/>
          <w:bCs/>
          <w:sz w:val="24"/>
          <w:szCs w:val="24"/>
        </w:rPr>
        <w:t>:</w:t>
      </w:r>
      <w:r w:rsidRPr="00AB71A5">
        <w:rPr>
          <w:sz w:val="24"/>
          <w:szCs w:val="24"/>
        </w:rPr>
        <w:t xml:space="preserve"> d28mik6</w:t>
      </w:r>
      <w:r w:rsidRPr="00AB71A5">
        <w:rPr>
          <w:sz w:val="24"/>
          <w:szCs w:val="24"/>
        </w:rPr>
        <w:br/>
      </w:r>
      <w:r w:rsidRPr="008F69BE">
        <w:rPr>
          <w:b/>
          <w:bCs/>
          <w:sz w:val="24"/>
          <w:szCs w:val="24"/>
        </w:rPr>
        <w:t>E-mail:</w:t>
      </w:r>
      <w:r w:rsidRPr="00AB71A5">
        <w:rPr>
          <w:sz w:val="24"/>
          <w:szCs w:val="24"/>
        </w:rPr>
        <w:t xml:space="preserve"> </w:t>
      </w:r>
      <w:hyperlink r:id="rId8" w:history="1">
        <w:r w:rsidR="00AF408D" w:rsidRPr="00AB71A5">
          <w:rPr>
            <w:rStyle w:val="Hypertextovodkaz"/>
            <w:color w:val="000000" w:themeColor="text1"/>
            <w:sz w:val="24"/>
            <w:szCs w:val="24"/>
            <w:u w:val="none"/>
          </w:rPr>
          <w:t>zs.oldrichovice@seznam.cz</w:t>
        </w:r>
      </w:hyperlink>
      <w:r w:rsidRPr="00AB71A5">
        <w:rPr>
          <w:sz w:val="24"/>
          <w:szCs w:val="24"/>
        </w:rPr>
        <w:br/>
      </w:r>
      <w:proofErr w:type="spellStart"/>
      <w:r w:rsidRPr="008F69BE">
        <w:rPr>
          <w:b/>
          <w:bCs/>
          <w:sz w:val="24"/>
          <w:szCs w:val="24"/>
        </w:rPr>
        <w:t>Telefon</w:t>
      </w:r>
      <w:proofErr w:type="spellEnd"/>
      <w:r w:rsidRPr="008F69BE">
        <w:rPr>
          <w:b/>
          <w:bCs/>
          <w:sz w:val="24"/>
          <w:szCs w:val="24"/>
        </w:rPr>
        <w:t>:</w:t>
      </w:r>
      <w:r w:rsidRPr="00AB71A5">
        <w:rPr>
          <w:sz w:val="24"/>
          <w:szCs w:val="24"/>
        </w:rPr>
        <w:t xml:space="preserve"> </w:t>
      </w:r>
      <w:r w:rsidR="002F26B5" w:rsidRPr="00AB71A5">
        <w:rPr>
          <w:sz w:val="24"/>
          <w:szCs w:val="24"/>
        </w:rPr>
        <w:t>558 348 102</w:t>
      </w:r>
      <w:r w:rsidRPr="00AB71A5">
        <w:rPr>
          <w:sz w:val="24"/>
          <w:szCs w:val="24"/>
        </w:rPr>
        <w:br/>
      </w:r>
      <w:r w:rsidRPr="008F69BE">
        <w:rPr>
          <w:b/>
          <w:bCs/>
          <w:sz w:val="24"/>
          <w:szCs w:val="24"/>
        </w:rPr>
        <w:t>Web:</w:t>
      </w:r>
      <w:r w:rsidRPr="00AB71A5">
        <w:rPr>
          <w:sz w:val="24"/>
          <w:szCs w:val="24"/>
        </w:rPr>
        <w:t xml:space="preserve"> https://www.zsoldrichovice.cz</w:t>
      </w:r>
    </w:p>
    <w:p w14:paraId="2BE873B0" w14:textId="77777777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5. Případné platby</w:t>
      </w:r>
    </w:p>
    <w:p w14:paraId="0FAB02F4" w14:textId="72D24EBE" w:rsidR="00A81442" w:rsidRPr="00AB71A5" w:rsidRDefault="00000000">
      <w:pPr>
        <w:rPr>
          <w:sz w:val="24"/>
          <w:szCs w:val="24"/>
        </w:rPr>
      </w:pPr>
      <w:proofErr w:type="spellStart"/>
      <w:r w:rsidRPr="008F69BE">
        <w:rPr>
          <w:b/>
          <w:bCs/>
          <w:sz w:val="24"/>
          <w:szCs w:val="24"/>
        </w:rPr>
        <w:t>Bankovní</w:t>
      </w:r>
      <w:proofErr w:type="spellEnd"/>
      <w:r w:rsidRPr="008F69BE">
        <w:rPr>
          <w:b/>
          <w:bCs/>
          <w:sz w:val="24"/>
          <w:szCs w:val="24"/>
        </w:rPr>
        <w:t xml:space="preserve"> </w:t>
      </w:r>
      <w:proofErr w:type="spellStart"/>
      <w:r w:rsidRPr="008F69BE">
        <w:rPr>
          <w:b/>
          <w:bCs/>
          <w:sz w:val="24"/>
          <w:szCs w:val="24"/>
        </w:rPr>
        <w:t>spojení</w:t>
      </w:r>
      <w:proofErr w:type="spellEnd"/>
      <w:r w:rsidRPr="008F69BE">
        <w:rPr>
          <w:b/>
          <w:bCs/>
          <w:sz w:val="24"/>
          <w:szCs w:val="24"/>
        </w:rPr>
        <w:t xml:space="preserve"> </w:t>
      </w:r>
      <w:proofErr w:type="spellStart"/>
      <w:r w:rsidRPr="008F69BE">
        <w:rPr>
          <w:b/>
          <w:bCs/>
          <w:sz w:val="24"/>
          <w:szCs w:val="24"/>
        </w:rPr>
        <w:t>školy</w:t>
      </w:r>
      <w:proofErr w:type="spellEnd"/>
      <w:r w:rsidRPr="008F69BE">
        <w:rPr>
          <w:b/>
          <w:bCs/>
          <w:sz w:val="24"/>
          <w:szCs w:val="24"/>
        </w:rPr>
        <w:t>:</w:t>
      </w:r>
      <w:r w:rsidRPr="00AB71A5">
        <w:rPr>
          <w:sz w:val="24"/>
          <w:szCs w:val="24"/>
        </w:rPr>
        <w:t xml:space="preserve"> </w:t>
      </w:r>
      <w:r w:rsidR="00840187" w:rsidRPr="00AB71A5">
        <w:rPr>
          <w:sz w:val="24"/>
          <w:szCs w:val="24"/>
        </w:rPr>
        <w:t>86-57267</w:t>
      </w:r>
      <w:r w:rsidR="0072559C" w:rsidRPr="00AB71A5">
        <w:rPr>
          <w:sz w:val="24"/>
          <w:szCs w:val="24"/>
        </w:rPr>
        <w:t>40297/0100</w:t>
      </w:r>
    </w:p>
    <w:p w14:paraId="06CF0EFF" w14:textId="75F9E2C6" w:rsidR="005C6FCA" w:rsidRPr="008F69BE" w:rsidRDefault="005C6FCA">
      <w:pPr>
        <w:rPr>
          <w:b/>
          <w:bCs/>
          <w:sz w:val="24"/>
          <w:szCs w:val="24"/>
        </w:rPr>
      </w:pPr>
      <w:proofErr w:type="spellStart"/>
      <w:r w:rsidRPr="008F69BE">
        <w:rPr>
          <w:b/>
          <w:bCs/>
          <w:sz w:val="24"/>
          <w:szCs w:val="24"/>
        </w:rPr>
        <w:t>Bankovní</w:t>
      </w:r>
      <w:proofErr w:type="spellEnd"/>
      <w:r w:rsidRPr="008F69BE">
        <w:rPr>
          <w:b/>
          <w:bCs/>
          <w:sz w:val="24"/>
          <w:szCs w:val="24"/>
        </w:rPr>
        <w:t xml:space="preserve"> </w:t>
      </w:r>
      <w:proofErr w:type="spellStart"/>
      <w:r w:rsidRPr="008F69BE">
        <w:rPr>
          <w:b/>
          <w:bCs/>
          <w:sz w:val="24"/>
          <w:szCs w:val="24"/>
        </w:rPr>
        <w:t>spojení</w:t>
      </w:r>
      <w:proofErr w:type="spellEnd"/>
      <w:r w:rsidRPr="008F69BE">
        <w:rPr>
          <w:b/>
          <w:bCs/>
          <w:sz w:val="24"/>
          <w:szCs w:val="24"/>
        </w:rPr>
        <w:t xml:space="preserve"> </w:t>
      </w:r>
      <w:proofErr w:type="spellStart"/>
      <w:r w:rsidRPr="008F69BE">
        <w:rPr>
          <w:b/>
          <w:bCs/>
          <w:sz w:val="24"/>
          <w:szCs w:val="24"/>
        </w:rPr>
        <w:t>školní</w:t>
      </w:r>
      <w:proofErr w:type="spellEnd"/>
      <w:r w:rsidRPr="008F69BE">
        <w:rPr>
          <w:b/>
          <w:bCs/>
          <w:sz w:val="24"/>
          <w:szCs w:val="24"/>
        </w:rPr>
        <w:t xml:space="preserve"> </w:t>
      </w:r>
      <w:proofErr w:type="spellStart"/>
      <w:r w:rsidRPr="008F69BE">
        <w:rPr>
          <w:b/>
          <w:bCs/>
          <w:sz w:val="24"/>
          <w:szCs w:val="24"/>
        </w:rPr>
        <w:t>jídelny</w:t>
      </w:r>
      <w:proofErr w:type="spellEnd"/>
      <w:r w:rsidRPr="008F69BE">
        <w:rPr>
          <w:b/>
          <w:bCs/>
          <w:sz w:val="24"/>
          <w:szCs w:val="24"/>
        </w:rPr>
        <w:t>:</w:t>
      </w:r>
      <w:r w:rsidR="00303D48">
        <w:rPr>
          <w:b/>
          <w:bCs/>
          <w:sz w:val="24"/>
          <w:szCs w:val="24"/>
        </w:rPr>
        <w:t xml:space="preserve"> </w:t>
      </w:r>
      <w:r w:rsidR="00303D48" w:rsidRPr="008B2203">
        <w:rPr>
          <w:sz w:val="24"/>
          <w:szCs w:val="24"/>
        </w:rPr>
        <w:t>107-</w:t>
      </w:r>
      <w:r w:rsidR="007922DA" w:rsidRPr="008B2203">
        <w:rPr>
          <w:sz w:val="24"/>
          <w:szCs w:val="24"/>
        </w:rPr>
        <w:t>4326620267/0100</w:t>
      </w:r>
    </w:p>
    <w:p w14:paraId="2E9D0037" w14:textId="77777777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6. IČO</w:t>
      </w:r>
    </w:p>
    <w:p w14:paraId="581E12F3" w14:textId="74B4FFA7" w:rsidR="00A81442" w:rsidRPr="00AB71A5" w:rsidRDefault="00E26512">
      <w:pPr>
        <w:rPr>
          <w:sz w:val="24"/>
          <w:szCs w:val="24"/>
        </w:rPr>
      </w:pPr>
      <w:r w:rsidRPr="00AB71A5">
        <w:rPr>
          <w:sz w:val="24"/>
          <w:szCs w:val="24"/>
        </w:rPr>
        <w:t>70983739</w:t>
      </w:r>
    </w:p>
    <w:p w14:paraId="35156586" w14:textId="44E50E68" w:rsidR="00A81442" w:rsidRPr="008B2203" w:rsidRDefault="00C940AB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7. D</w:t>
      </w:r>
      <w:r w:rsidR="00AB71A5" w:rsidRPr="008B2203">
        <w:rPr>
          <w:sz w:val="28"/>
          <w:szCs w:val="28"/>
        </w:rPr>
        <w:t>IČ</w:t>
      </w:r>
    </w:p>
    <w:p w14:paraId="0F9C4ED1" w14:textId="174A88E3" w:rsidR="00AB71A5" w:rsidRPr="00AB71A5" w:rsidRDefault="00AB71A5" w:rsidP="00AB71A5">
      <w:pPr>
        <w:rPr>
          <w:sz w:val="24"/>
          <w:szCs w:val="24"/>
          <w:lang w:val="cs-CZ"/>
        </w:rPr>
      </w:pPr>
      <w:r w:rsidRPr="00AB71A5">
        <w:rPr>
          <w:sz w:val="24"/>
          <w:szCs w:val="24"/>
          <w:lang w:val="cs-CZ"/>
        </w:rPr>
        <w:t>Organizac</w:t>
      </w:r>
      <w:r w:rsidR="00277324">
        <w:rPr>
          <w:sz w:val="24"/>
          <w:szCs w:val="24"/>
          <w:lang w:val="cs-CZ"/>
        </w:rPr>
        <w:t>e</w:t>
      </w:r>
      <w:r w:rsidRPr="00AB71A5">
        <w:rPr>
          <w:sz w:val="24"/>
          <w:szCs w:val="24"/>
          <w:lang w:val="cs-CZ"/>
        </w:rPr>
        <w:t xml:space="preserve"> není plátcem DPH (DIČ přiděleno nebylo/ neuplatňuje se).</w:t>
      </w:r>
    </w:p>
    <w:p w14:paraId="593FD110" w14:textId="6619F11E" w:rsidR="00596137" w:rsidRPr="008B2203" w:rsidRDefault="00596137" w:rsidP="00596137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 xml:space="preserve">8. </w:t>
      </w:r>
      <w:proofErr w:type="spellStart"/>
      <w:r w:rsidRPr="008B2203">
        <w:rPr>
          <w:sz w:val="28"/>
          <w:szCs w:val="28"/>
        </w:rPr>
        <w:t>Dokumenty</w:t>
      </w:r>
      <w:proofErr w:type="spellEnd"/>
    </w:p>
    <w:p w14:paraId="2D2EC98D" w14:textId="217964B9" w:rsidR="00A55460" w:rsidRPr="00A55460" w:rsidRDefault="002B268C" w:rsidP="00A55460">
      <w:pPr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Dokumenty zveřejněné </w:t>
      </w:r>
      <w:r w:rsidR="00173B3A">
        <w:rPr>
          <w:sz w:val="24"/>
          <w:szCs w:val="24"/>
          <w:lang w:val="cs-CZ"/>
        </w:rPr>
        <w:t>na webu</w:t>
      </w:r>
    </w:p>
    <w:p w14:paraId="797FFD60" w14:textId="77777777" w:rsidR="00A55460" w:rsidRP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 xml:space="preserve">školní vzdělávací program pro základní vzdělávání, </w:t>
      </w:r>
    </w:p>
    <w:p w14:paraId="3E28378C" w14:textId="77777777" w:rsidR="00A55460" w:rsidRP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 xml:space="preserve">školní vzdělávací program pro předškolní vzdělávání, </w:t>
      </w:r>
    </w:p>
    <w:p w14:paraId="27E7D073" w14:textId="77777777" w:rsidR="00A55460" w:rsidRP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lastRenderedPageBreak/>
        <w:t xml:space="preserve">školní řád, </w:t>
      </w:r>
    </w:p>
    <w:p w14:paraId="03349669" w14:textId="77777777" w:rsidR="00A55460" w:rsidRP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 xml:space="preserve">vnitřní řád školní družiny, </w:t>
      </w:r>
    </w:p>
    <w:p w14:paraId="137AEA54" w14:textId="77777777" w:rsidR="00A55460" w:rsidRP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 xml:space="preserve">vnitřní řád školní jídelny, </w:t>
      </w:r>
    </w:p>
    <w:p w14:paraId="6D7C4420" w14:textId="77777777" w:rsidR="00A55460" w:rsidRP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 xml:space="preserve">výroční zprávy o činnosti školy, </w:t>
      </w:r>
    </w:p>
    <w:p w14:paraId="534E6587" w14:textId="77777777" w:rsidR="00A55460" w:rsidRP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 xml:space="preserve">výroční zprávy podle zákona č. 106/1999 Sb., </w:t>
      </w:r>
    </w:p>
    <w:p w14:paraId="0199C716" w14:textId="77777777" w:rsidR="00A55460" w:rsidRP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 xml:space="preserve">sazebník úhrad nákladů za poskytování informací, </w:t>
      </w:r>
    </w:p>
    <w:p w14:paraId="03773EB5" w14:textId="77777777" w:rsidR="00A55460" w:rsidRP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 xml:space="preserve">povinně zveřejňované informace podle zákona č. 106/1999 Sb., </w:t>
      </w:r>
    </w:p>
    <w:p w14:paraId="10AD6393" w14:textId="77777777" w:rsidR="00A55460" w:rsidRDefault="00A55460" w:rsidP="00A55460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 xml:space="preserve">další dokumenty zveřejňované podle zvláštních právních předpisů. </w:t>
      </w:r>
    </w:p>
    <w:p w14:paraId="7C9464A6" w14:textId="164E1511" w:rsidR="00173B3A" w:rsidRDefault="00173B3A" w:rsidP="00173B3A">
      <w:pPr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Dokumenty k nahlédnutí:</w:t>
      </w:r>
    </w:p>
    <w:p w14:paraId="091DDE38" w14:textId="1AAE3ACB" w:rsidR="00173B3A" w:rsidRPr="00E4230D" w:rsidRDefault="00173B3A" w:rsidP="00173B3A">
      <w:pPr>
        <w:numPr>
          <w:ilvl w:val="0"/>
          <w:numId w:val="11"/>
        </w:num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>zřizovací listinu</w:t>
      </w:r>
      <w:r w:rsidR="00E4230D">
        <w:rPr>
          <w:sz w:val="24"/>
          <w:szCs w:val="24"/>
          <w:lang w:val="cs-CZ"/>
        </w:rPr>
        <w:t>.</w:t>
      </w:r>
    </w:p>
    <w:p w14:paraId="66D1B7C1" w14:textId="77777777" w:rsidR="00A55460" w:rsidRPr="00A55460" w:rsidRDefault="00A55460" w:rsidP="00A55460">
      <w:p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>Dokumenty jsou zveřejněny na webových stránkách školy v příslušných sekcích nebo jsou k nahlédnutí v kanceláři ředitelky školy v úředních hodinách.</w:t>
      </w:r>
    </w:p>
    <w:p w14:paraId="5F388D58" w14:textId="5C3A01CE" w:rsidR="002B3B28" w:rsidRDefault="00A55460">
      <w:pPr>
        <w:rPr>
          <w:sz w:val="24"/>
          <w:szCs w:val="24"/>
          <w:lang w:val="cs-CZ"/>
        </w:rPr>
      </w:pPr>
      <w:r w:rsidRPr="00A55460">
        <w:rPr>
          <w:sz w:val="24"/>
          <w:szCs w:val="24"/>
          <w:lang w:val="cs-CZ"/>
        </w:rPr>
        <w:t>Schválený rozpočet, střednědobý výhled rozpočtu a z</w:t>
      </w:r>
      <w:r w:rsidR="00CA3BFE">
        <w:rPr>
          <w:sz w:val="24"/>
          <w:szCs w:val="24"/>
          <w:lang w:val="cs-CZ"/>
        </w:rPr>
        <w:t>á</w:t>
      </w:r>
      <w:proofErr w:type="spellStart"/>
      <w:r w:rsidR="00CA3BFE" w:rsidRPr="00CA3BFE">
        <w:rPr>
          <w:sz w:val="24"/>
          <w:szCs w:val="24"/>
        </w:rPr>
        <w:t>věrečný</w:t>
      </w:r>
      <w:proofErr w:type="spellEnd"/>
      <w:r w:rsidR="00CA3BFE" w:rsidRPr="00CA3BFE">
        <w:rPr>
          <w:sz w:val="24"/>
          <w:szCs w:val="24"/>
        </w:rPr>
        <w:t xml:space="preserve"> </w:t>
      </w:r>
      <w:proofErr w:type="spellStart"/>
      <w:r w:rsidR="00CA3BFE" w:rsidRPr="00CA3BFE">
        <w:rPr>
          <w:sz w:val="24"/>
          <w:szCs w:val="24"/>
        </w:rPr>
        <w:t>účet</w:t>
      </w:r>
      <w:proofErr w:type="spellEnd"/>
      <w:r w:rsidR="00CA3BFE" w:rsidRPr="00CA3BFE">
        <w:rPr>
          <w:sz w:val="24"/>
          <w:szCs w:val="24"/>
        </w:rPr>
        <w:t xml:space="preserve"> </w:t>
      </w:r>
      <w:proofErr w:type="spellStart"/>
      <w:r w:rsidR="00CA3BFE" w:rsidRPr="00CA3BFE">
        <w:rPr>
          <w:sz w:val="24"/>
          <w:szCs w:val="24"/>
        </w:rPr>
        <w:t>jsou</w:t>
      </w:r>
      <w:proofErr w:type="spellEnd"/>
      <w:r w:rsidR="00CA3BFE" w:rsidRPr="00CA3BFE">
        <w:rPr>
          <w:sz w:val="24"/>
          <w:szCs w:val="24"/>
        </w:rPr>
        <w:t xml:space="preserve"> </w:t>
      </w:r>
      <w:proofErr w:type="spellStart"/>
      <w:r w:rsidR="00CA3BFE" w:rsidRPr="00CA3BFE">
        <w:rPr>
          <w:sz w:val="24"/>
          <w:szCs w:val="24"/>
        </w:rPr>
        <w:t>zveřejňovány</w:t>
      </w:r>
      <w:proofErr w:type="spellEnd"/>
      <w:r w:rsidR="00CA3BFE" w:rsidRPr="00CA3BFE">
        <w:rPr>
          <w:sz w:val="24"/>
          <w:szCs w:val="24"/>
        </w:rPr>
        <w:t xml:space="preserve"> </w:t>
      </w:r>
      <w:proofErr w:type="spellStart"/>
      <w:r w:rsidR="00CA3BFE" w:rsidRPr="00CA3BFE">
        <w:rPr>
          <w:sz w:val="24"/>
          <w:szCs w:val="24"/>
        </w:rPr>
        <w:t>způsobem</w:t>
      </w:r>
      <w:proofErr w:type="spellEnd"/>
      <w:r w:rsidR="00CA3BFE" w:rsidRPr="00CA3BFE">
        <w:rPr>
          <w:sz w:val="24"/>
          <w:szCs w:val="24"/>
        </w:rPr>
        <w:t xml:space="preserve"> </w:t>
      </w:r>
      <w:proofErr w:type="spellStart"/>
      <w:r w:rsidR="00CA3BFE" w:rsidRPr="00CA3BFE">
        <w:rPr>
          <w:sz w:val="24"/>
          <w:szCs w:val="24"/>
        </w:rPr>
        <w:t>stanoveným</w:t>
      </w:r>
      <w:proofErr w:type="spellEnd"/>
      <w:r w:rsidR="00CA3BFE" w:rsidRPr="00CA3BFE">
        <w:rPr>
          <w:sz w:val="24"/>
          <w:szCs w:val="24"/>
        </w:rPr>
        <w:t xml:space="preserve"> </w:t>
      </w:r>
      <w:proofErr w:type="spellStart"/>
      <w:r w:rsidR="00CA3BFE" w:rsidRPr="00CA3BFE">
        <w:rPr>
          <w:sz w:val="24"/>
          <w:szCs w:val="24"/>
        </w:rPr>
        <w:t>zřizovatelem</w:t>
      </w:r>
      <w:proofErr w:type="spellEnd"/>
      <w:r w:rsidR="00CA3BFE" w:rsidRPr="00CA3BFE">
        <w:rPr>
          <w:sz w:val="24"/>
          <w:szCs w:val="24"/>
        </w:rPr>
        <w:t xml:space="preserve"> </w:t>
      </w:r>
      <w:proofErr w:type="spellStart"/>
      <w:r w:rsidR="00CA3BFE" w:rsidRPr="00CA3BFE">
        <w:rPr>
          <w:sz w:val="24"/>
          <w:szCs w:val="24"/>
        </w:rPr>
        <w:t>Statutárním</w:t>
      </w:r>
      <w:proofErr w:type="spellEnd"/>
      <w:r w:rsidR="00CA3BFE" w:rsidRPr="00CA3BFE">
        <w:rPr>
          <w:sz w:val="24"/>
          <w:szCs w:val="24"/>
        </w:rPr>
        <w:t xml:space="preserve"> </w:t>
      </w:r>
      <w:proofErr w:type="spellStart"/>
      <w:r w:rsidR="00CA3BFE" w:rsidRPr="00CA3BFE">
        <w:rPr>
          <w:sz w:val="24"/>
          <w:szCs w:val="24"/>
        </w:rPr>
        <w:t>městem</w:t>
      </w:r>
      <w:proofErr w:type="spellEnd"/>
      <w:r w:rsidR="00CA3BFE" w:rsidRPr="00CA3BFE">
        <w:rPr>
          <w:sz w:val="24"/>
          <w:szCs w:val="24"/>
        </w:rPr>
        <w:t xml:space="preserve"> </w:t>
      </w:r>
      <w:proofErr w:type="spellStart"/>
      <w:r w:rsidR="00CA3BFE" w:rsidRPr="00CA3BFE">
        <w:rPr>
          <w:sz w:val="24"/>
          <w:szCs w:val="24"/>
        </w:rPr>
        <w:t>Třinec</w:t>
      </w:r>
      <w:proofErr w:type="spellEnd"/>
      <w:r w:rsidR="00CA3BFE" w:rsidRPr="00CA3BFE">
        <w:rPr>
          <w:sz w:val="24"/>
          <w:szCs w:val="24"/>
        </w:rPr>
        <w:t>.</w:t>
      </w:r>
    </w:p>
    <w:p w14:paraId="2B7B3D80" w14:textId="26A8495F" w:rsidR="00A81442" w:rsidRPr="008B2203" w:rsidRDefault="00CA3BFE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9. Žádosti o informace</w:t>
      </w:r>
    </w:p>
    <w:p w14:paraId="77A2084C" w14:textId="77777777" w:rsidR="00783C1A" w:rsidRPr="00783C1A" w:rsidRDefault="00783C1A" w:rsidP="00783C1A">
      <w:pPr>
        <w:rPr>
          <w:sz w:val="24"/>
          <w:szCs w:val="24"/>
          <w:lang w:val="cs-CZ"/>
        </w:rPr>
      </w:pPr>
      <w:r w:rsidRPr="00783C1A">
        <w:rPr>
          <w:sz w:val="24"/>
          <w:szCs w:val="24"/>
          <w:lang w:val="cs-CZ"/>
        </w:rPr>
        <w:t>Žádosti o poskytnutí informací podle zákona č. 106/1999 Sb. lze podat:</w:t>
      </w:r>
    </w:p>
    <w:p w14:paraId="1E254512" w14:textId="77777777" w:rsidR="00783C1A" w:rsidRPr="00783C1A" w:rsidRDefault="00783C1A" w:rsidP="00783C1A">
      <w:pPr>
        <w:numPr>
          <w:ilvl w:val="0"/>
          <w:numId w:val="12"/>
        </w:numPr>
        <w:rPr>
          <w:sz w:val="24"/>
          <w:szCs w:val="24"/>
          <w:lang w:val="cs-CZ"/>
        </w:rPr>
      </w:pPr>
      <w:r w:rsidRPr="00783C1A">
        <w:rPr>
          <w:sz w:val="24"/>
          <w:szCs w:val="24"/>
          <w:lang w:val="cs-CZ"/>
        </w:rPr>
        <w:t xml:space="preserve">osobně, </w:t>
      </w:r>
    </w:p>
    <w:p w14:paraId="16D787F4" w14:textId="77777777" w:rsidR="00783C1A" w:rsidRPr="00783C1A" w:rsidRDefault="00783C1A" w:rsidP="00783C1A">
      <w:pPr>
        <w:numPr>
          <w:ilvl w:val="0"/>
          <w:numId w:val="12"/>
        </w:numPr>
        <w:rPr>
          <w:sz w:val="24"/>
          <w:szCs w:val="24"/>
          <w:lang w:val="cs-CZ"/>
        </w:rPr>
      </w:pPr>
      <w:r w:rsidRPr="00783C1A">
        <w:rPr>
          <w:sz w:val="24"/>
          <w:szCs w:val="24"/>
          <w:lang w:val="cs-CZ"/>
        </w:rPr>
        <w:t xml:space="preserve">písemně prostřednictvím provozovatele poštovních služeb, </w:t>
      </w:r>
    </w:p>
    <w:p w14:paraId="658748E5" w14:textId="77777777" w:rsidR="00783C1A" w:rsidRPr="00783C1A" w:rsidRDefault="00783C1A" w:rsidP="00783C1A">
      <w:pPr>
        <w:numPr>
          <w:ilvl w:val="0"/>
          <w:numId w:val="12"/>
        </w:numPr>
        <w:rPr>
          <w:sz w:val="24"/>
          <w:szCs w:val="24"/>
          <w:lang w:val="cs-CZ"/>
        </w:rPr>
      </w:pPr>
      <w:r w:rsidRPr="00783C1A">
        <w:rPr>
          <w:sz w:val="24"/>
          <w:szCs w:val="24"/>
          <w:lang w:val="cs-CZ"/>
        </w:rPr>
        <w:t xml:space="preserve">elektronickou poštou na oficiální elektronickou adresu školy, </w:t>
      </w:r>
    </w:p>
    <w:p w14:paraId="12046E4F" w14:textId="77777777" w:rsidR="00783C1A" w:rsidRPr="00783C1A" w:rsidRDefault="00783C1A" w:rsidP="00783C1A">
      <w:pPr>
        <w:numPr>
          <w:ilvl w:val="0"/>
          <w:numId w:val="12"/>
        </w:numPr>
        <w:rPr>
          <w:sz w:val="24"/>
          <w:szCs w:val="24"/>
          <w:lang w:val="cs-CZ"/>
        </w:rPr>
      </w:pPr>
      <w:r w:rsidRPr="00783C1A">
        <w:rPr>
          <w:sz w:val="24"/>
          <w:szCs w:val="24"/>
          <w:lang w:val="cs-CZ"/>
        </w:rPr>
        <w:t xml:space="preserve">prostřednictvím datové schránky, </w:t>
      </w:r>
    </w:p>
    <w:p w14:paraId="4F087C81" w14:textId="77777777" w:rsidR="00783C1A" w:rsidRPr="00783C1A" w:rsidRDefault="00783C1A" w:rsidP="00783C1A">
      <w:pPr>
        <w:numPr>
          <w:ilvl w:val="0"/>
          <w:numId w:val="12"/>
        </w:numPr>
        <w:rPr>
          <w:sz w:val="24"/>
          <w:szCs w:val="24"/>
          <w:lang w:val="cs-CZ"/>
        </w:rPr>
      </w:pPr>
      <w:r w:rsidRPr="00783C1A">
        <w:rPr>
          <w:sz w:val="24"/>
          <w:szCs w:val="24"/>
          <w:lang w:val="cs-CZ"/>
        </w:rPr>
        <w:t xml:space="preserve">ústně. </w:t>
      </w:r>
    </w:p>
    <w:p w14:paraId="139D365C" w14:textId="77777777" w:rsidR="00783C1A" w:rsidRPr="00783C1A" w:rsidRDefault="00783C1A" w:rsidP="00783C1A">
      <w:pPr>
        <w:rPr>
          <w:sz w:val="24"/>
          <w:szCs w:val="24"/>
          <w:lang w:val="cs-CZ"/>
        </w:rPr>
      </w:pPr>
      <w:r w:rsidRPr="00783C1A">
        <w:rPr>
          <w:sz w:val="24"/>
          <w:szCs w:val="24"/>
          <w:lang w:val="cs-CZ"/>
        </w:rPr>
        <w:t>Není-li ústně podaná žádost vyřízena ihned nebo nepovažuje-li žadatel poskytnutou informaci za dostačující, je třeba podat žádost písemně.</w:t>
      </w:r>
    </w:p>
    <w:p w14:paraId="113B2491" w14:textId="77777777" w:rsidR="00783C1A" w:rsidRPr="00783C1A" w:rsidRDefault="00783C1A" w:rsidP="00783C1A">
      <w:pPr>
        <w:rPr>
          <w:sz w:val="24"/>
          <w:szCs w:val="24"/>
          <w:lang w:val="cs-CZ"/>
        </w:rPr>
      </w:pPr>
      <w:r w:rsidRPr="00783C1A">
        <w:rPr>
          <w:sz w:val="24"/>
          <w:szCs w:val="24"/>
          <w:lang w:val="cs-CZ"/>
        </w:rPr>
        <w:t>Žádost musí obsahovat náležitosti stanovené zákonem č. 106/1999 Sb.</w:t>
      </w:r>
    </w:p>
    <w:p w14:paraId="24F68A8C" w14:textId="77777777" w:rsidR="00783C1A" w:rsidRPr="00783C1A" w:rsidRDefault="00783C1A" w:rsidP="00783C1A">
      <w:pPr>
        <w:rPr>
          <w:sz w:val="24"/>
          <w:szCs w:val="24"/>
          <w:lang w:val="cs-CZ"/>
        </w:rPr>
      </w:pPr>
      <w:r w:rsidRPr="00783C1A">
        <w:rPr>
          <w:sz w:val="24"/>
          <w:szCs w:val="24"/>
          <w:lang w:val="cs-CZ"/>
        </w:rPr>
        <w:t>Vyřizování žádostí zabezpečuje ředitelka školy nebo jí pověřený zaměstnanec.</w:t>
      </w:r>
    </w:p>
    <w:p w14:paraId="59C707A1" w14:textId="73B62E80" w:rsidR="00A81442" w:rsidRPr="008B2203" w:rsidRDefault="00C4661E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10. Příjem žádostí a dalších podání</w:t>
      </w:r>
    </w:p>
    <w:p w14:paraId="61D04984" w14:textId="77777777" w:rsidR="00C4661E" w:rsidRPr="00C4661E" w:rsidRDefault="00C4661E" w:rsidP="00C4661E">
      <w:pPr>
        <w:rPr>
          <w:sz w:val="24"/>
          <w:szCs w:val="24"/>
          <w:lang w:val="cs-CZ"/>
        </w:rPr>
      </w:pPr>
      <w:r w:rsidRPr="00C4661E">
        <w:rPr>
          <w:sz w:val="24"/>
          <w:szCs w:val="24"/>
          <w:lang w:val="cs-CZ"/>
        </w:rPr>
        <w:t>Příjem žádostí, návrhů, podnětů, stížností a ostatních podání zajišťuje sekretariát školy.</w:t>
      </w:r>
    </w:p>
    <w:p w14:paraId="0EA124D9" w14:textId="77777777" w:rsidR="00C4661E" w:rsidRPr="00C4661E" w:rsidRDefault="00C4661E" w:rsidP="00C4661E">
      <w:pPr>
        <w:rPr>
          <w:sz w:val="24"/>
          <w:szCs w:val="24"/>
          <w:lang w:val="cs-CZ"/>
        </w:rPr>
      </w:pPr>
      <w:r w:rsidRPr="00C4661E">
        <w:rPr>
          <w:sz w:val="24"/>
          <w:szCs w:val="24"/>
          <w:lang w:val="cs-CZ"/>
        </w:rPr>
        <w:lastRenderedPageBreak/>
        <w:t>Podání lze učinit:</w:t>
      </w:r>
    </w:p>
    <w:p w14:paraId="570F4EC8" w14:textId="77777777" w:rsidR="00C4661E" w:rsidRPr="00C4661E" w:rsidRDefault="00C4661E" w:rsidP="00C4661E">
      <w:pPr>
        <w:numPr>
          <w:ilvl w:val="0"/>
          <w:numId w:val="13"/>
        </w:numPr>
        <w:rPr>
          <w:sz w:val="24"/>
          <w:szCs w:val="24"/>
          <w:lang w:val="cs-CZ"/>
        </w:rPr>
      </w:pPr>
      <w:r w:rsidRPr="00C4661E">
        <w:rPr>
          <w:sz w:val="24"/>
          <w:szCs w:val="24"/>
          <w:lang w:val="cs-CZ"/>
        </w:rPr>
        <w:t xml:space="preserve">osobně v sídle školy, </w:t>
      </w:r>
    </w:p>
    <w:p w14:paraId="014E201C" w14:textId="77777777" w:rsidR="00C4661E" w:rsidRPr="00C4661E" w:rsidRDefault="00C4661E" w:rsidP="00C4661E">
      <w:pPr>
        <w:numPr>
          <w:ilvl w:val="0"/>
          <w:numId w:val="13"/>
        </w:numPr>
        <w:rPr>
          <w:sz w:val="24"/>
          <w:szCs w:val="24"/>
          <w:lang w:val="cs-CZ"/>
        </w:rPr>
      </w:pPr>
      <w:r w:rsidRPr="00C4661E">
        <w:rPr>
          <w:sz w:val="24"/>
          <w:szCs w:val="24"/>
          <w:lang w:val="cs-CZ"/>
        </w:rPr>
        <w:t xml:space="preserve">prostřednictvím provozovatele poštovních služeb, </w:t>
      </w:r>
    </w:p>
    <w:p w14:paraId="2D32704B" w14:textId="77777777" w:rsidR="00C4661E" w:rsidRPr="00C4661E" w:rsidRDefault="00C4661E" w:rsidP="00C4661E">
      <w:pPr>
        <w:numPr>
          <w:ilvl w:val="0"/>
          <w:numId w:val="13"/>
        </w:numPr>
        <w:rPr>
          <w:sz w:val="24"/>
          <w:szCs w:val="24"/>
          <w:lang w:val="cs-CZ"/>
        </w:rPr>
      </w:pPr>
      <w:r w:rsidRPr="00C4661E">
        <w:rPr>
          <w:sz w:val="24"/>
          <w:szCs w:val="24"/>
          <w:lang w:val="cs-CZ"/>
        </w:rPr>
        <w:t xml:space="preserve">prostřednictvím datové schránky, </w:t>
      </w:r>
    </w:p>
    <w:p w14:paraId="030AC7D7" w14:textId="77777777" w:rsidR="00C4661E" w:rsidRPr="00C4661E" w:rsidRDefault="00C4661E" w:rsidP="00C4661E">
      <w:pPr>
        <w:numPr>
          <w:ilvl w:val="0"/>
          <w:numId w:val="13"/>
        </w:numPr>
        <w:rPr>
          <w:sz w:val="24"/>
          <w:szCs w:val="24"/>
          <w:lang w:val="cs-CZ"/>
        </w:rPr>
      </w:pPr>
      <w:r w:rsidRPr="00C4661E">
        <w:rPr>
          <w:sz w:val="24"/>
          <w:szCs w:val="24"/>
          <w:lang w:val="cs-CZ"/>
        </w:rPr>
        <w:t xml:space="preserve">elektronickou poštou, </w:t>
      </w:r>
    </w:p>
    <w:p w14:paraId="4FA132DF" w14:textId="77777777" w:rsidR="00C4661E" w:rsidRPr="00C4661E" w:rsidRDefault="00C4661E" w:rsidP="00C4661E">
      <w:pPr>
        <w:numPr>
          <w:ilvl w:val="0"/>
          <w:numId w:val="13"/>
        </w:numPr>
        <w:rPr>
          <w:sz w:val="24"/>
          <w:szCs w:val="24"/>
          <w:lang w:val="cs-CZ"/>
        </w:rPr>
      </w:pPr>
      <w:r w:rsidRPr="00C4661E">
        <w:rPr>
          <w:sz w:val="24"/>
          <w:szCs w:val="24"/>
          <w:lang w:val="cs-CZ"/>
        </w:rPr>
        <w:t xml:space="preserve">jiným způsobem umožněným právními předpisy. </w:t>
      </w:r>
    </w:p>
    <w:p w14:paraId="76297A34" w14:textId="77777777" w:rsidR="00C4661E" w:rsidRPr="00C4661E" w:rsidRDefault="00C4661E" w:rsidP="00C4661E">
      <w:pPr>
        <w:rPr>
          <w:sz w:val="24"/>
          <w:szCs w:val="24"/>
          <w:lang w:val="cs-CZ"/>
        </w:rPr>
      </w:pPr>
      <w:r w:rsidRPr="00C4661E">
        <w:rPr>
          <w:sz w:val="24"/>
          <w:szCs w:val="24"/>
          <w:lang w:val="cs-CZ"/>
        </w:rPr>
        <w:t>Veškerá podání jsou po doručení zaevidována ve spisové službě školy a předána k vyřízení příslušnému zaměstnanci.</w:t>
      </w:r>
    </w:p>
    <w:p w14:paraId="3042063E" w14:textId="77777777" w:rsidR="00C4661E" w:rsidRDefault="00C4661E" w:rsidP="00C4661E">
      <w:pPr>
        <w:rPr>
          <w:sz w:val="24"/>
          <w:szCs w:val="24"/>
          <w:lang w:val="cs-CZ"/>
        </w:rPr>
      </w:pPr>
      <w:r w:rsidRPr="00C4661E">
        <w:rPr>
          <w:sz w:val="24"/>
          <w:szCs w:val="24"/>
          <w:lang w:val="cs-CZ"/>
        </w:rPr>
        <w:t>Úřední písemnosti jsou přijímány a vyřizovány v souladu se spisovým a skartačním řádem školy.</w:t>
      </w:r>
    </w:p>
    <w:p w14:paraId="58945097" w14:textId="2DEC86C5" w:rsidR="00E11B33" w:rsidRPr="00C4661E" w:rsidRDefault="00E11B33" w:rsidP="00C4661E">
      <w:pPr>
        <w:rPr>
          <w:sz w:val="24"/>
          <w:szCs w:val="24"/>
          <w:lang w:val="cs-CZ"/>
        </w:rPr>
      </w:pPr>
      <w:proofErr w:type="spellStart"/>
      <w:r w:rsidRPr="00E11B33">
        <w:rPr>
          <w:sz w:val="24"/>
          <w:szCs w:val="24"/>
        </w:rPr>
        <w:t>Přijatá</w:t>
      </w:r>
      <w:proofErr w:type="spellEnd"/>
      <w:r w:rsidRPr="00E11B33">
        <w:rPr>
          <w:sz w:val="24"/>
          <w:szCs w:val="24"/>
        </w:rPr>
        <w:t xml:space="preserve"> </w:t>
      </w:r>
      <w:proofErr w:type="spellStart"/>
      <w:r w:rsidRPr="00E11B33">
        <w:rPr>
          <w:sz w:val="24"/>
          <w:szCs w:val="24"/>
        </w:rPr>
        <w:t>podání</w:t>
      </w:r>
      <w:proofErr w:type="spellEnd"/>
      <w:r w:rsidRPr="00E11B33">
        <w:rPr>
          <w:sz w:val="24"/>
          <w:szCs w:val="24"/>
        </w:rPr>
        <w:t xml:space="preserve"> </w:t>
      </w:r>
      <w:proofErr w:type="spellStart"/>
      <w:r w:rsidRPr="00E11B33">
        <w:rPr>
          <w:sz w:val="24"/>
          <w:szCs w:val="24"/>
        </w:rPr>
        <w:t>jsou</w:t>
      </w:r>
      <w:proofErr w:type="spellEnd"/>
      <w:r w:rsidRPr="00E11B33">
        <w:rPr>
          <w:sz w:val="24"/>
          <w:szCs w:val="24"/>
        </w:rPr>
        <w:t xml:space="preserve"> </w:t>
      </w:r>
      <w:proofErr w:type="spellStart"/>
      <w:r w:rsidRPr="00E11B33">
        <w:rPr>
          <w:sz w:val="24"/>
          <w:szCs w:val="24"/>
        </w:rPr>
        <w:t>evidována</w:t>
      </w:r>
      <w:proofErr w:type="spellEnd"/>
      <w:r w:rsidRPr="00E11B33">
        <w:rPr>
          <w:sz w:val="24"/>
          <w:szCs w:val="24"/>
        </w:rPr>
        <w:t xml:space="preserve"> v </w:t>
      </w:r>
      <w:proofErr w:type="spellStart"/>
      <w:r w:rsidRPr="00E11B33">
        <w:rPr>
          <w:sz w:val="24"/>
          <w:szCs w:val="24"/>
        </w:rPr>
        <w:t>souladu</w:t>
      </w:r>
      <w:proofErr w:type="spellEnd"/>
      <w:r w:rsidRPr="00E11B33">
        <w:rPr>
          <w:sz w:val="24"/>
          <w:szCs w:val="24"/>
        </w:rPr>
        <w:t xml:space="preserve"> se </w:t>
      </w:r>
      <w:proofErr w:type="spellStart"/>
      <w:r w:rsidRPr="00E11B33">
        <w:rPr>
          <w:sz w:val="24"/>
          <w:szCs w:val="24"/>
        </w:rPr>
        <w:t>Spisovým</w:t>
      </w:r>
      <w:proofErr w:type="spellEnd"/>
      <w:r w:rsidRPr="00E11B33">
        <w:rPr>
          <w:sz w:val="24"/>
          <w:szCs w:val="24"/>
        </w:rPr>
        <w:t xml:space="preserve"> a </w:t>
      </w:r>
      <w:proofErr w:type="spellStart"/>
      <w:r w:rsidRPr="00E11B33">
        <w:rPr>
          <w:sz w:val="24"/>
          <w:szCs w:val="24"/>
        </w:rPr>
        <w:t>skartačním</w:t>
      </w:r>
      <w:proofErr w:type="spellEnd"/>
      <w:r w:rsidRPr="00E11B33">
        <w:rPr>
          <w:sz w:val="24"/>
          <w:szCs w:val="24"/>
        </w:rPr>
        <w:t xml:space="preserve"> </w:t>
      </w:r>
      <w:proofErr w:type="spellStart"/>
      <w:r w:rsidRPr="00E11B33">
        <w:rPr>
          <w:sz w:val="24"/>
          <w:szCs w:val="24"/>
        </w:rPr>
        <w:t>řádem</w:t>
      </w:r>
      <w:proofErr w:type="spellEnd"/>
      <w:r w:rsidRPr="00E11B33">
        <w:rPr>
          <w:sz w:val="24"/>
          <w:szCs w:val="24"/>
        </w:rPr>
        <w:t xml:space="preserve"> </w:t>
      </w:r>
      <w:proofErr w:type="spellStart"/>
      <w:r w:rsidRPr="00E11B33">
        <w:rPr>
          <w:sz w:val="24"/>
          <w:szCs w:val="24"/>
        </w:rPr>
        <w:t>školy</w:t>
      </w:r>
      <w:proofErr w:type="spellEnd"/>
      <w:r w:rsidRPr="00E11B33">
        <w:rPr>
          <w:sz w:val="24"/>
          <w:szCs w:val="24"/>
        </w:rPr>
        <w:t>.</w:t>
      </w:r>
    </w:p>
    <w:p w14:paraId="1DABBB51" w14:textId="5D2753F1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1</w:t>
      </w:r>
      <w:r w:rsidR="00C4661E" w:rsidRPr="008B2203">
        <w:rPr>
          <w:sz w:val="28"/>
          <w:szCs w:val="28"/>
        </w:rPr>
        <w:t>1</w:t>
      </w:r>
      <w:r w:rsidRPr="008B2203">
        <w:rPr>
          <w:sz w:val="28"/>
          <w:szCs w:val="28"/>
        </w:rPr>
        <w:t>. Opravné prostředky</w:t>
      </w:r>
    </w:p>
    <w:p w14:paraId="4CDF169A" w14:textId="77777777" w:rsidR="000F4DC0" w:rsidRPr="000F4DC0" w:rsidRDefault="000F4DC0" w:rsidP="000F4DC0">
      <w:p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>Proti rozhodnutí školy o odmítnutí žádosti o poskytnutí informace lze podat odvolání podle § 16 zákona č. 106/1999 Sb.</w:t>
      </w:r>
    </w:p>
    <w:p w14:paraId="44F1AE03" w14:textId="5E30C294" w:rsidR="000F4DC0" w:rsidRPr="000F4DC0" w:rsidRDefault="000F4DC0" w:rsidP="000F4DC0">
      <w:p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>Odvolání se podává u:</w:t>
      </w:r>
      <w:r>
        <w:rPr>
          <w:sz w:val="24"/>
          <w:szCs w:val="24"/>
          <w:lang w:val="cs-CZ"/>
        </w:rPr>
        <w:t xml:space="preserve"> </w:t>
      </w:r>
      <w:r w:rsidRPr="000F4DC0">
        <w:rPr>
          <w:b/>
          <w:bCs/>
          <w:sz w:val="24"/>
          <w:szCs w:val="24"/>
          <w:lang w:val="cs-CZ"/>
        </w:rPr>
        <w:t>ZŠ a MŠ Třinec, Oldřichovice 275, příspěvková organizace</w:t>
      </w:r>
      <w:r>
        <w:rPr>
          <w:sz w:val="24"/>
          <w:szCs w:val="24"/>
          <w:lang w:val="cs-CZ"/>
        </w:rPr>
        <w:t xml:space="preserve">, </w:t>
      </w:r>
      <w:r w:rsidRPr="000F4DC0">
        <w:rPr>
          <w:sz w:val="24"/>
          <w:szCs w:val="24"/>
          <w:lang w:val="cs-CZ"/>
        </w:rPr>
        <w:t>Oldřichovice</w:t>
      </w:r>
      <w:r>
        <w:rPr>
          <w:sz w:val="24"/>
          <w:szCs w:val="24"/>
          <w:lang w:val="cs-CZ"/>
        </w:rPr>
        <w:t xml:space="preserve"> </w:t>
      </w:r>
      <w:r w:rsidRPr="000F4DC0">
        <w:rPr>
          <w:sz w:val="24"/>
          <w:szCs w:val="24"/>
          <w:lang w:val="cs-CZ"/>
        </w:rPr>
        <w:t>275</w:t>
      </w:r>
      <w:r>
        <w:rPr>
          <w:sz w:val="24"/>
          <w:szCs w:val="24"/>
          <w:lang w:val="cs-CZ"/>
        </w:rPr>
        <w:t xml:space="preserve">, </w:t>
      </w:r>
      <w:r w:rsidRPr="000F4DC0">
        <w:rPr>
          <w:sz w:val="24"/>
          <w:szCs w:val="24"/>
          <w:lang w:val="cs-CZ"/>
        </w:rPr>
        <w:t>739 61 Třinec</w:t>
      </w:r>
    </w:p>
    <w:p w14:paraId="06AD7346" w14:textId="77777777" w:rsidR="000F4DC0" w:rsidRPr="000F4DC0" w:rsidRDefault="000F4DC0" w:rsidP="000F4DC0">
      <w:p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 xml:space="preserve">ve lhůtě </w:t>
      </w:r>
      <w:r w:rsidRPr="000F4DC0">
        <w:rPr>
          <w:b/>
          <w:bCs/>
          <w:sz w:val="24"/>
          <w:szCs w:val="24"/>
          <w:lang w:val="cs-CZ"/>
        </w:rPr>
        <w:t>15 dnů ode dne doručení rozhodnutí</w:t>
      </w:r>
      <w:r w:rsidRPr="000F4DC0">
        <w:rPr>
          <w:sz w:val="24"/>
          <w:szCs w:val="24"/>
          <w:lang w:val="cs-CZ"/>
        </w:rPr>
        <w:t>.</w:t>
      </w:r>
    </w:p>
    <w:p w14:paraId="7BCF9C97" w14:textId="3CF79501" w:rsidR="000F4DC0" w:rsidRPr="000F4DC0" w:rsidRDefault="000F4DC0" w:rsidP="000F4DC0">
      <w:p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>O odvolání rozhoduje nadřízený orgán školy, kterým je:</w:t>
      </w:r>
      <w:r>
        <w:rPr>
          <w:sz w:val="24"/>
          <w:szCs w:val="24"/>
          <w:lang w:val="cs-CZ"/>
        </w:rPr>
        <w:t xml:space="preserve"> </w:t>
      </w:r>
      <w:r w:rsidRPr="000F4DC0">
        <w:rPr>
          <w:b/>
          <w:bCs/>
          <w:sz w:val="24"/>
          <w:szCs w:val="24"/>
          <w:lang w:val="cs-CZ"/>
        </w:rPr>
        <w:t>Krajský úřad Moravskoslezského kraje</w:t>
      </w:r>
      <w:r>
        <w:rPr>
          <w:b/>
          <w:bCs/>
          <w:sz w:val="24"/>
          <w:szCs w:val="24"/>
          <w:lang w:val="cs-CZ"/>
        </w:rPr>
        <w:t xml:space="preserve">, </w:t>
      </w:r>
      <w:r w:rsidRPr="000F4DC0">
        <w:rPr>
          <w:sz w:val="24"/>
          <w:szCs w:val="24"/>
          <w:lang w:val="cs-CZ"/>
        </w:rPr>
        <w:br/>
        <w:t>28. října 2771/117</w:t>
      </w:r>
      <w:r>
        <w:rPr>
          <w:sz w:val="24"/>
          <w:szCs w:val="24"/>
          <w:lang w:val="cs-CZ"/>
        </w:rPr>
        <w:t xml:space="preserve">, </w:t>
      </w:r>
      <w:r w:rsidRPr="000F4DC0">
        <w:rPr>
          <w:sz w:val="24"/>
          <w:szCs w:val="24"/>
          <w:lang w:val="cs-CZ"/>
        </w:rPr>
        <w:t>702 18 Ostrava</w:t>
      </w:r>
    </w:p>
    <w:p w14:paraId="66B73FDE" w14:textId="77777777" w:rsidR="000F4DC0" w:rsidRPr="000F4DC0" w:rsidRDefault="000F4DC0" w:rsidP="000F4DC0">
      <w:p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>Žadatel může podle § 16a zákona č. 106/1999 Sb. podat rovněž stížnost na postup při vyřizování žádosti, zejména pokud:</w:t>
      </w:r>
    </w:p>
    <w:p w14:paraId="1F1A20F6" w14:textId="77777777" w:rsidR="000F4DC0" w:rsidRPr="000F4DC0" w:rsidRDefault="000F4DC0" w:rsidP="000F4DC0">
      <w:pPr>
        <w:numPr>
          <w:ilvl w:val="0"/>
          <w:numId w:val="14"/>
        </w:num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 xml:space="preserve">nesouhlasí s odkazem na zveřejněnou informaci, </w:t>
      </w:r>
    </w:p>
    <w:p w14:paraId="486F33C4" w14:textId="77777777" w:rsidR="000F4DC0" w:rsidRPr="000F4DC0" w:rsidRDefault="000F4DC0" w:rsidP="000F4DC0">
      <w:pPr>
        <w:numPr>
          <w:ilvl w:val="0"/>
          <w:numId w:val="14"/>
        </w:num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 xml:space="preserve">nebyla mu ve stanovené lhůtě poskytnuta informace ani vydáno rozhodnutí, </w:t>
      </w:r>
    </w:p>
    <w:p w14:paraId="6D21BB18" w14:textId="77777777" w:rsidR="000F4DC0" w:rsidRPr="000F4DC0" w:rsidRDefault="000F4DC0" w:rsidP="000F4DC0">
      <w:pPr>
        <w:numPr>
          <w:ilvl w:val="0"/>
          <w:numId w:val="14"/>
        </w:num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 xml:space="preserve">byla informace poskytnuta pouze částečně bez vydání rozhodnutí, </w:t>
      </w:r>
    </w:p>
    <w:p w14:paraId="42138034" w14:textId="77777777" w:rsidR="000F4DC0" w:rsidRPr="000F4DC0" w:rsidRDefault="000F4DC0" w:rsidP="000F4DC0">
      <w:pPr>
        <w:numPr>
          <w:ilvl w:val="0"/>
          <w:numId w:val="14"/>
        </w:num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 xml:space="preserve">nesouhlasí s výší požadované úhrady. </w:t>
      </w:r>
    </w:p>
    <w:p w14:paraId="012A27BB" w14:textId="77777777" w:rsidR="000F4DC0" w:rsidRPr="000F4DC0" w:rsidRDefault="000F4DC0" w:rsidP="000F4DC0">
      <w:pPr>
        <w:rPr>
          <w:sz w:val="24"/>
          <w:szCs w:val="24"/>
          <w:lang w:val="cs-CZ"/>
        </w:rPr>
      </w:pPr>
      <w:r w:rsidRPr="000F4DC0">
        <w:rPr>
          <w:sz w:val="24"/>
          <w:szCs w:val="24"/>
          <w:lang w:val="cs-CZ"/>
        </w:rPr>
        <w:t>Stížnost se podává u školy ve lhůtě stanovené zákonem.</w:t>
      </w:r>
    </w:p>
    <w:p w14:paraId="10EB7329" w14:textId="5CE1855F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1</w:t>
      </w:r>
      <w:r w:rsidR="000F4DC0" w:rsidRPr="008B2203">
        <w:rPr>
          <w:sz w:val="28"/>
          <w:szCs w:val="28"/>
        </w:rPr>
        <w:t>2</w:t>
      </w:r>
      <w:r w:rsidRPr="008B2203">
        <w:rPr>
          <w:sz w:val="28"/>
          <w:szCs w:val="28"/>
        </w:rPr>
        <w:t xml:space="preserve">. </w:t>
      </w:r>
      <w:proofErr w:type="spellStart"/>
      <w:r w:rsidR="00314D4F" w:rsidRPr="008B2203">
        <w:rPr>
          <w:sz w:val="28"/>
          <w:szCs w:val="28"/>
        </w:rPr>
        <w:t>Formuláře</w:t>
      </w:r>
      <w:proofErr w:type="spellEnd"/>
    </w:p>
    <w:p w14:paraId="33ADB122" w14:textId="3C2E0A64" w:rsidR="00A81442" w:rsidRPr="00AB71A5" w:rsidRDefault="002E357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Formuláře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např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Žádost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uvolnění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žáka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Žádost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přestup</w:t>
      </w:r>
      <w:proofErr w:type="spellEnd"/>
      <w:r w:rsidR="00A609E8">
        <w:rPr>
          <w:sz w:val="24"/>
          <w:szCs w:val="24"/>
        </w:rPr>
        <w:t xml:space="preserve">, </w:t>
      </w:r>
      <w:proofErr w:type="spellStart"/>
      <w:r w:rsidR="00A609E8">
        <w:rPr>
          <w:sz w:val="24"/>
          <w:szCs w:val="24"/>
        </w:rPr>
        <w:t>Žádost</w:t>
      </w:r>
      <w:proofErr w:type="spellEnd"/>
      <w:r w:rsidR="00A609E8">
        <w:rPr>
          <w:sz w:val="24"/>
          <w:szCs w:val="24"/>
        </w:rPr>
        <w:t xml:space="preserve"> o </w:t>
      </w:r>
      <w:proofErr w:type="spellStart"/>
      <w:r w:rsidR="00A609E8">
        <w:rPr>
          <w:sz w:val="24"/>
          <w:szCs w:val="24"/>
        </w:rPr>
        <w:t>přijetí</w:t>
      </w:r>
      <w:proofErr w:type="spellEnd"/>
      <w:r w:rsidR="00A609E8">
        <w:rPr>
          <w:sz w:val="24"/>
          <w:szCs w:val="24"/>
        </w:rPr>
        <w:t xml:space="preserve"> </w:t>
      </w:r>
      <w:proofErr w:type="spellStart"/>
      <w:r w:rsidR="00A609E8">
        <w:rPr>
          <w:sz w:val="24"/>
          <w:szCs w:val="24"/>
        </w:rPr>
        <w:t>žáka</w:t>
      </w:r>
      <w:proofErr w:type="spellEnd"/>
      <w:r w:rsidR="00A609E8">
        <w:rPr>
          <w:sz w:val="24"/>
          <w:szCs w:val="24"/>
        </w:rPr>
        <w:t xml:space="preserve">, </w:t>
      </w:r>
      <w:proofErr w:type="spellStart"/>
      <w:r w:rsidR="0054397B">
        <w:rPr>
          <w:sz w:val="24"/>
          <w:szCs w:val="24"/>
        </w:rPr>
        <w:t>Žádost</w:t>
      </w:r>
      <w:proofErr w:type="spellEnd"/>
      <w:r w:rsidR="0054397B">
        <w:rPr>
          <w:sz w:val="24"/>
          <w:szCs w:val="24"/>
        </w:rPr>
        <w:t xml:space="preserve"> o </w:t>
      </w:r>
      <w:proofErr w:type="spellStart"/>
      <w:r w:rsidR="0054397B">
        <w:rPr>
          <w:sz w:val="24"/>
          <w:szCs w:val="24"/>
        </w:rPr>
        <w:t>odklad</w:t>
      </w:r>
      <w:proofErr w:type="spellEnd"/>
      <w:r w:rsidR="006E3063">
        <w:rPr>
          <w:sz w:val="24"/>
          <w:szCs w:val="24"/>
        </w:rPr>
        <w:t xml:space="preserve">) </w:t>
      </w:r>
      <w:proofErr w:type="spellStart"/>
      <w:r w:rsidR="006E3063">
        <w:rPr>
          <w:sz w:val="24"/>
          <w:szCs w:val="24"/>
        </w:rPr>
        <w:t>jsou</w:t>
      </w:r>
      <w:proofErr w:type="spellEnd"/>
      <w:r w:rsidR="006E3063">
        <w:rPr>
          <w:sz w:val="24"/>
          <w:szCs w:val="24"/>
        </w:rPr>
        <w:t xml:space="preserve"> </w:t>
      </w:r>
      <w:proofErr w:type="spellStart"/>
      <w:r w:rsidR="006E3063">
        <w:rPr>
          <w:sz w:val="24"/>
          <w:szCs w:val="24"/>
        </w:rPr>
        <w:t>volně</w:t>
      </w:r>
      <w:proofErr w:type="spellEnd"/>
      <w:r w:rsidR="006E3063">
        <w:rPr>
          <w:sz w:val="24"/>
          <w:szCs w:val="24"/>
        </w:rPr>
        <w:t xml:space="preserve"> </w:t>
      </w:r>
      <w:proofErr w:type="spellStart"/>
      <w:r w:rsidR="006E3063">
        <w:rPr>
          <w:sz w:val="24"/>
          <w:szCs w:val="24"/>
        </w:rPr>
        <w:t>ke</w:t>
      </w:r>
      <w:proofErr w:type="spellEnd"/>
      <w:r w:rsidR="006E3063">
        <w:rPr>
          <w:sz w:val="24"/>
          <w:szCs w:val="24"/>
        </w:rPr>
        <w:t xml:space="preserve"> </w:t>
      </w:r>
      <w:proofErr w:type="spellStart"/>
      <w:r w:rsidR="006E3063">
        <w:rPr>
          <w:sz w:val="24"/>
          <w:szCs w:val="24"/>
        </w:rPr>
        <w:t>stažení</w:t>
      </w:r>
      <w:proofErr w:type="spellEnd"/>
      <w:r w:rsidR="006E3063">
        <w:rPr>
          <w:sz w:val="24"/>
          <w:szCs w:val="24"/>
        </w:rPr>
        <w:t xml:space="preserve"> </w:t>
      </w:r>
      <w:proofErr w:type="spellStart"/>
      <w:r w:rsidRPr="00AB71A5">
        <w:rPr>
          <w:sz w:val="24"/>
          <w:szCs w:val="24"/>
        </w:rPr>
        <w:t>na</w:t>
      </w:r>
      <w:proofErr w:type="spellEnd"/>
      <w:r w:rsidRPr="00AB71A5">
        <w:rPr>
          <w:sz w:val="24"/>
          <w:szCs w:val="24"/>
        </w:rPr>
        <w:t xml:space="preserve"> </w:t>
      </w:r>
      <w:proofErr w:type="spellStart"/>
      <w:r w:rsidRPr="00AB71A5">
        <w:rPr>
          <w:sz w:val="24"/>
          <w:szCs w:val="24"/>
        </w:rPr>
        <w:t>webových</w:t>
      </w:r>
      <w:proofErr w:type="spellEnd"/>
      <w:r w:rsidRPr="00AB71A5">
        <w:rPr>
          <w:sz w:val="24"/>
          <w:szCs w:val="24"/>
        </w:rPr>
        <w:t xml:space="preserve"> </w:t>
      </w:r>
      <w:proofErr w:type="spellStart"/>
      <w:r w:rsidRPr="00AB71A5">
        <w:rPr>
          <w:sz w:val="24"/>
          <w:szCs w:val="24"/>
        </w:rPr>
        <w:t>stránkách</w:t>
      </w:r>
      <w:proofErr w:type="spellEnd"/>
      <w:r w:rsidRPr="00AB71A5">
        <w:rPr>
          <w:sz w:val="24"/>
          <w:szCs w:val="24"/>
        </w:rPr>
        <w:t xml:space="preserve"> </w:t>
      </w:r>
      <w:proofErr w:type="spellStart"/>
      <w:r w:rsidRPr="00AB71A5">
        <w:rPr>
          <w:sz w:val="24"/>
          <w:szCs w:val="24"/>
        </w:rPr>
        <w:t>školy</w:t>
      </w:r>
      <w:proofErr w:type="spellEnd"/>
      <w:r w:rsidRPr="00AB71A5">
        <w:rPr>
          <w:sz w:val="24"/>
          <w:szCs w:val="24"/>
        </w:rPr>
        <w:t>.</w:t>
      </w:r>
    </w:p>
    <w:p w14:paraId="2971298A" w14:textId="045D0708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lastRenderedPageBreak/>
        <w:t>1</w:t>
      </w:r>
      <w:r w:rsidR="00B4063F" w:rsidRPr="008B2203">
        <w:rPr>
          <w:sz w:val="28"/>
          <w:szCs w:val="28"/>
        </w:rPr>
        <w:t>3</w:t>
      </w:r>
      <w:r w:rsidRPr="008B2203">
        <w:rPr>
          <w:sz w:val="28"/>
          <w:szCs w:val="28"/>
        </w:rPr>
        <w:t xml:space="preserve">. </w:t>
      </w:r>
      <w:proofErr w:type="spellStart"/>
      <w:r w:rsidRPr="008B2203">
        <w:rPr>
          <w:sz w:val="28"/>
          <w:szCs w:val="28"/>
        </w:rPr>
        <w:t>P</w:t>
      </w:r>
      <w:r w:rsidR="00E65EE4" w:rsidRPr="008B2203">
        <w:rPr>
          <w:sz w:val="28"/>
          <w:szCs w:val="28"/>
        </w:rPr>
        <w:t>opisy</w:t>
      </w:r>
      <w:proofErr w:type="spellEnd"/>
      <w:r w:rsidR="00E65EE4" w:rsidRPr="008B2203">
        <w:rPr>
          <w:sz w:val="28"/>
          <w:szCs w:val="28"/>
        </w:rPr>
        <w:t xml:space="preserve"> </w:t>
      </w:r>
      <w:proofErr w:type="spellStart"/>
      <w:r w:rsidR="00E65EE4" w:rsidRPr="008B2203">
        <w:rPr>
          <w:sz w:val="28"/>
          <w:szCs w:val="28"/>
        </w:rPr>
        <w:t>postupů</w:t>
      </w:r>
      <w:proofErr w:type="spellEnd"/>
      <w:r w:rsidR="00E65EE4" w:rsidRPr="008B2203">
        <w:rPr>
          <w:sz w:val="28"/>
          <w:szCs w:val="28"/>
        </w:rPr>
        <w:t xml:space="preserve"> – </w:t>
      </w:r>
      <w:proofErr w:type="spellStart"/>
      <w:r w:rsidR="00E65EE4" w:rsidRPr="008B2203">
        <w:rPr>
          <w:sz w:val="28"/>
          <w:szCs w:val="28"/>
        </w:rPr>
        <w:t>návody</w:t>
      </w:r>
      <w:proofErr w:type="spellEnd"/>
      <w:r w:rsidR="00E65EE4" w:rsidRPr="008B2203">
        <w:rPr>
          <w:sz w:val="28"/>
          <w:szCs w:val="28"/>
        </w:rPr>
        <w:t xml:space="preserve"> pro </w:t>
      </w:r>
      <w:proofErr w:type="spellStart"/>
      <w:r w:rsidR="00E65EE4" w:rsidRPr="008B2203">
        <w:rPr>
          <w:sz w:val="28"/>
          <w:szCs w:val="28"/>
        </w:rPr>
        <w:t>řešení</w:t>
      </w:r>
      <w:proofErr w:type="spellEnd"/>
      <w:r w:rsidR="00E65EE4" w:rsidRPr="008B2203">
        <w:rPr>
          <w:sz w:val="28"/>
          <w:szCs w:val="28"/>
        </w:rPr>
        <w:t xml:space="preserve"> </w:t>
      </w:r>
      <w:proofErr w:type="spellStart"/>
      <w:r w:rsidR="00E65EE4" w:rsidRPr="008B2203">
        <w:rPr>
          <w:sz w:val="28"/>
          <w:szCs w:val="28"/>
        </w:rPr>
        <w:t>životních</w:t>
      </w:r>
      <w:proofErr w:type="spellEnd"/>
      <w:r w:rsidR="00E65EE4" w:rsidRPr="008B2203">
        <w:rPr>
          <w:sz w:val="28"/>
          <w:szCs w:val="28"/>
        </w:rPr>
        <w:t xml:space="preserve"> </w:t>
      </w:r>
      <w:proofErr w:type="spellStart"/>
      <w:r w:rsidR="00E65EE4" w:rsidRPr="008B2203">
        <w:rPr>
          <w:sz w:val="28"/>
          <w:szCs w:val="28"/>
        </w:rPr>
        <w:t>situací</w:t>
      </w:r>
      <w:proofErr w:type="spellEnd"/>
    </w:p>
    <w:p w14:paraId="44463F88" w14:textId="77777777" w:rsidR="00E65EE4" w:rsidRPr="00E65EE4" w:rsidRDefault="00E65EE4" w:rsidP="00E65EE4">
      <w:p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>Škola poskytuje informace o postupech při řešení nejčastějších životních situací souvisejících s její činností.</w:t>
      </w:r>
    </w:p>
    <w:p w14:paraId="56001241" w14:textId="77777777" w:rsidR="00E65EE4" w:rsidRPr="00E65EE4" w:rsidRDefault="00E65EE4" w:rsidP="00E65EE4">
      <w:p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>Jedná se zejména o:</w:t>
      </w:r>
    </w:p>
    <w:p w14:paraId="5BC93D40" w14:textId="77777777" w:rsidR="00E65EE4" w:rsidRPr="00E65EE4" w:rsidRDefault="00E65EE4" w:rsidP="00E65EE4">
      <w:pPr>
        <w:numPr>
          <w:ilvl w:val="0"/>
          <w:numId w:val="15"/>
        </w:num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 xml:space="preserve">zápis dítěte do mateřské školy, </w:t>
      </w:r>
    </w:p>
    <w:p w14:paraId="523FA0D5" w14:textId="77777777" w:rsidR="00E65EE4" w:rsidRPr="00E65EE4" w:rsidRDefault="00E65EE4" w:rsidP="00E65EE4">
      <w:pPr>
        <w:numPr>
          <w:ilvl w:val="0"/>
          <w:numId w:val="15"/>
        </w:num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 xml:space="preserve">zápis žáka do 1. ročníku základní školy, </w:t>
      </w:r>
    </w:p>
    <w:p w14:paraId="6E09EA63" w14:textId="77777777" w:rsidR="00E65EE4" w:rsidRPr="00E65EE4" w:rsidRDefault="00E65EE4" w:rsidP="00E65EE4">
      <w:pPr>
        <w:numPr>
          <w:ilvl w:val="0"/>
          <w:numId w:val="15"/>
        </w:num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 xml:space="preserve">odklad povinné školní docházky, </w:t>
      </w:r>
    </w:p>
    <w:p w14:paraId="0D71BE18" w14:textId="77777777" w:rsidR="00E65EE4" w:rsidRPr="00E65EE4" w:rsidRDefault="00E65EE4" w:rsidP="00E65EE4">
      <w:pPr>
        <w:numPr>
          <w:ilvl w:val="0"/>
          <w:numId w:val="15"/>
        </w:num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 xml:space="preserve">přestup žáka, </w:t>
      </w:r>
    </w:p>
    <w:p w14:paraId="5F96685F" w14:textId="77777777" w:rsidR="00E65EE4" w:rsidRPr="00E65EE4" w:rsidRDefault="00E65EE4" w:rsidP="00E65EE4">
      <w:pPr>
        <w:numPr>
          <w:ilvl w:val="0"/>
          <w:numId w:val="15"/>
        </w:num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 xml:space="preserve">žádost o individuální vzdělávání, </w:t>
      </w:r>
    </w:p>
    <w:p w14:paraId="282EF38F" w14:textId="77777777" w:rsidR="00E65EE4" w:rsidRPr="00E65EE4" w:rsidRDefault="00E65EE4" w:rsidP="00E65EE4">
      <w:pPr>
        <w:numPr>
          <w:ilvl w:val="0"/>
          <w:numId w:val="15"/>
        </w:num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 xml:space="preserve">žádost o uvolnění z vyučování, </w:t>
      </w:r>
    </w:p>
    <w:p w14:paraId="2C426FC5" w14:textId="77777777" w:rsidR="00E65EE4" w:rsidRPr="00E65EE4" w:rsidRDefault="00E65EE4" w:rsidP="00E65EE4">
      <w:pPr>
        <w:numPr>
          <w:ilvl w:val="0"/>
          <w:numId w:val="15"/>
        </w:num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 xml:space="preserve">přijímání žádostí o informace podle zákona č. 106/1999 Sb., </w:t>
      </w:r>
    </w:p>
    <w:p w14:paraId="0BC6A299" w14:textId="77777777" w:rsidR="00E65EE4" w:rsidRPr="00E65EE4" w:rsidRDefault="00E65EE4" w:rsidP="00E65EE4">
      <w:pPr>
        <w:numPr>
          <w:ilvl w:val="0"/>
          <w:numId w:val="15"/>
        </w:num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 xml:space="preserve">podávání stížností, oznámení a podnětů. </w:t>
      </w:r>
    </w:p>
    <w:p w14:paraId="5E588CBD" w14:textId="7C2CA8F5" w:rsidR="00E65EE4" w:rsidRPr="0012111C" w:rsidRDefault="00E65EE4" w:rsidP="00E65EE4">
      <w:pPr>
        <w:rPr>
          <w:sz w:val="24"/>
          <w:szCs w:val="24"/>
          <w:lang w:val="cs-CZ"/>
        </w:rPr>
      </w:pPr>
      <w:r w:rsidRPr="00E65EE4">
        <w:rPr>
          <w:sz w:val="24"/>
          <w:szCs w:val="24"/>
          <w:lang w:val="cs-CZ"/>
        </w:rPr>
        <w:t xml:space="preserve">Podrobnější informace jsou zveřejněny na webových stránkách školy nebo jsou poskytovány </w:t>
      </w:r>
      <w:r w:rsidRPr="0012111C">
        <w:rPr>
          <w:sz w:val="24"/>
          <w:szCs w:val="24"/>
          <w:lang w:val="cs-CZ"/>
        </w:rPr>
        <w:t>zaměstnanci školy.</w:t>
      </w:r>
      <w:r w:rsidR="0012111C" w:rsidRPr="0012111C">
        <w:rPr>
          <w:sz w:val="20"/>
          <w:szCs w:val="20"/>
        </w:rPr>
        <w:t xml:space="preserve"> </w:t>
      </w:r>
      <w:proofErr w:type="spellStart"/>
      <w:r w:rsidR="0012111C" w:rsidRPr="0012111C">
        <w:rPr>
          <w:sz w:val="24"/>
          <w:szCs w:val="24"/>
        </w:rPr>
        <w:t>Podrobné</w:t>
      </w:r>
      <w:proofErr w:type="spellEnd"/>
      <w:r w:rsidR="0012111C" w:rsidRPr="0012111C">
        <w:rPr>
          <w:sz w:val="24"/>
          <w:szCs w:val="24"/>
        </w:rPr>
        <w:t xml:space="preserve"> </w:t>
      </w:r>
      <w:proofErr w:type="spellStart"/>
      <w:r w:rsidR="0012111C" w:rsidRPr="0012111C">
        <w:rPr>
          <w:sz w:val="24"/>
          <w:szCs w:val="24"/>
        </w:rPr>
        <w:t>informace</w:t>
      </w:r>
      <w:proofErr w:type="spellEnd"/>
      <w:r w:rsidR="0012111C" w:rsidRPr="0012111C">
        <w:rPr>
          <w:sz w:val="24"/>
          <w:szCs w:val="24"/>
        </w:rPr>
        <w:t xml:space="preserve"> </w:t>
      </w:r>
      <w:proofErr w:type="spellStart"/>
      <w:r w:rsidR="0012111C" w:rsidRPr="0012111C">
        <w:rPr>
          <w:sz w:val="24"/>
          <w:szCs w:val="24"/>
        </w:rPr>
        <w:t>jsou</w:t>
      </w:r>
      <w:proofErr w:type="spellEnd"/>
      <w:r w:rsidR="0012111C" w:rsidRPr="0012111C">
        <w:rPr>
          <w:sz w:val="24"/>
          <w:szCs w:val="24"/>
        </w:rPr>
        <w:t xml:space="preserve"> </w:t>
      </w:r>
      <w:proofErr w:type="spellStart"/>
      <w:r w:rsidR="0012111C" w:rsidRPr="0012111C">
        <w:rPr>
          <w:sz w:val="24"/>
          <w:szCs w:val="24"/>
        </w:rPr>
        <w:t>zveřejněny</w:t>
      </w:r>
      <w:proofErr w:type="spellEnd"/>
      <w:r w:rsidR="0012111C" w:rsidRPr="0012111C">
        <w:rPr>
          <w:sz w:val="24"/>
          <w:szCs w:val="24"/>
        </w:rPr>
        <w:t xml:space="preserve"> </w:t>
      </w:r>
      <w:proofErr w:type="spellStart"/>
      <w:r w:rsidR="0012111C" w:rsidRPr="0012111C">
        <w:rPr>
          <w:sz w:val="24"/>
          <w:szCs w:val="24"/>
        </w:rPr>
        <w:t>také</w:t>
      </w:r>
      <w:proofErr w:type="spellEnd"/>
      <w:r w:rsidR="0012111C" w:rsidRPr="0012111C">
        <w:rPr>
          <w:sz w:val="24"/>
          <w:szCs w:val="24"/>
        </w:rPr>
        <w:t xml:space="preserve"> v </w:t>
      </w:r>
      <w:proofErr w:type="spellStart"/>
      <w:r w:rsidR="0012111C" w:rsidRPr="0012111C">
        <w:rPr>
          <w:sz w:val="24"/>
          <w:szCs w:val="24"/>
        </w:rPr>
        <w:t>dokumentu</w:t>
      </w:r>
      <w:proofErr w:type="spellEnd"/>
      <w:r w:rsidR="0012111C" w:rsidRPr="0012111C">
        <w:rPr>
          <w:sz w:val="24"/>
          <w:szCs w:val="24"/>
        </w:rPr>
        <w:t xml:space="preserve"> </w:t>
      </w:r>
      <w:proofErr w:type="spellStart"/>
      <w:r w:rsidR="0012111C" w:rsidRPr="0012111C">
        <w:rPr>
          <w:b/>
          <w:bCs/>
          <w:sz w:val="24"/>
          <w:szCs w:val="24"/>
        </w:rPr>
        <w:t>Postup</w:t>
      </w:r>
      <w:proofErr w:type="spellEnd"/>
      <w:r w:rsidR="0012111C" w:rsidRPr="0012111C">
        <w:rPr>
          <w:b/>
          <w:bCs/>
          <w:sz w:val="24"/>
          <w:szCs w:val="24"/>
        </w:rPr>
        <w:t xml:space="preserve"> </w:t>
      </w:r>
      <w:proofErr w:type="spellStart"/>
      <w:r w:rsidR="0012111C" w:rsidRPr="0012111C">
        <w:rPr>
          <w:b/>
          <w:bCs/>
          <w:sz w:val="24"/>
          <w:szCs w:val="24"/>
        </w:rPr>
        <w:t>při</w:t>
      </w:r>
      <w:proofErr w:type="spellEnd"/>
      <w:r w:rsidR="0012111C" w:rsidRPr="0012111C">
        <w:rPr>
          <w:b/>
          <w:bCs/>
          <w:sz w:val="24"/>
          <w:szCs w:val="24"/>
        </w:rPr>
        <w:t xml:space="preserve"> </w:t>
      </w:r>
      <w:proofErr w:type="spellStart"/>
      <w:r w:rsidR="0012111C" w:rsidRPr="0012111C">
        <w:rPr>
          <w:b/>
          <w:bCs/>
          <w:sz w:val="24"/>
          <w:szCs w:val="24"/>
        </w:rPr>
        <w:t>vyřizování</w:t>
      </w:r>
      <w:proofErr w:type="spellEnd"/>
      <w:r w:rsidR="0012111C" w:rsidRPr="0012111C">
        <w:rPr>
          <w:b/>
          <w:bCs/>
          <w:sz w:val="24"/>
          <w:szCs w:val="24"/>
        </w:rPr>
        <w:t xml:space="preserve"> </w:t>
      </w:r>
      <w:proofErr w:type="spellStart"/>
      <w:r w:rsidR="0012111C" w:rsidRPr="0012111C">
        <w:rPr>
          <w:b/>
          <w:bCs/>
          <w:sz w:val="24"/>
          <w:szCs w:val="24"/>
        </w:rPr>
        <w:t>žádostí</w:t>
      </w:r>
      <w:proofErr w:type="spellEnd"/>
      <w:r w:rsidR="0012111C" w:rsidRPr="0012111C">
        <w:rPr>
          <w:b/>
          <w:bCs/>
          <w:sz w:val="24"/>
          <w:szCs w:val="24"/>
        </w:rPr>
        <w:t xml:space="preserve"> o </w:t>
      </w:r>
      <w:proofErr w:type="spellStart"/>
      <w:r w:rsidR="0012111C" w:rsidRPr="0012111C">
        <w:rPr>
          <w:b/>
          <w:bCs/>
          <w:sz w:val="24"/>
          <w:szCs w:val="24"/>
        </w:rPr>
        <w:t>poskytování</w:t>
      </w:r>
      <w:proofErr w:type="spellEnd"/>
      <w:r w:rsidR="0012111C" w:rsidRPr="0012111C">
        <w:rPr>
          <w:b/>
          <w:bCs/>
          <w:sz w:val="24"/>
          <w:szCs w:val="24"/>
        </w:rPr>
        <w:t xml:space="preserve"> </w:t>
      </w:r>
      <w:proofErr w:type="spellStart"/>
      <w:r w:rsidR="0012111C" w:rsidRPr="0012111C">
        <w:rPr>
          <w:b/>
          <w:bCs/>
          <w:sz w:val="24"/>
          <w:szCs w:val="24"/>
        </w:rPr>
        <w:t>informací</w:t>
      </w:r>
      <w:proofErr w:type="spellEnd"/>
      <w:r w:rsidR="0012111C" w:rsidRPr="0012111C">
        <w:rPr>
          <w:b/>
          <w:bCs/>
          <w:sz w:val="24"/>
          <w:szCs w:val="24"/>
        </w:rPr>
        <w:t xml:space="preserve"> </w:t>
      </w:r>
      <w:proofErr w:type="spellStart"/>
      <w:r w:rsidR="0012111C" w:rsidRPr="0012111C">
        <w:rPr>
          <w:b/>
          <w:bCs/>
          <w:sz w:val="24"/>
          <w:szCs w:val="24"/>
        </w:rPr>
        <w:t>podle</w:t>
      </w:r>
      <w:proofErr w:type="spellEnd"/>
      <w:r w:rsidR="0012111C" w:rsidRPr="0012111C">
        <w:rPr>
          <w:b/>
          <w:bCs/>
          <w:sz w:val="24"/>
          <w:szCs w:val="24"/>
        </w:rPr>
        <w:t xml:space="preserve"> </w:t>
      </w:r>
      <w:proofErr w:type="spellStart"/>
      <w:r w:rsidR="0012111C" w:rsidRPr="0012111C">
        <w:rPr>
          <w:b/>
          <w:bCs/>
          <w:sz w:val="24"/>
          <w:szCs w:val="24"/>
        </w:rPr>
        <w:t>zákona</w:t>
      </w:r>
      <w:proofErr w:type="spellEnd"/>
      <w:r w:rsidR="0012111C" w:rsidRPr="0012111C">
        <w:rPr>
          <w:b/>
          <w:bCs/>
          <w:sz w:val="24"/>
          <w:szCs w:val="24"/>
        </w:rPr>
        <w:t xml:space="preserve"> č. 106/1999 Sb.</w:t>
      </w:r>
    </w:p>
    <w:p w14:paraId="1877CCF3" w14:textId="4C079BA3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1</w:t>
      </w:r>
      <w:r w:rsidR="008A2995" w:rsidRPr="008B2203">
        <w:rPr>
          <w:sz w:val="28"/>
          <w:szCs w:val="28"/>
        </w:rPr>
        <w:t>4</w:t>
      </w:r>
      <w:r w:rsidRPr="008B2203">
        <w:rPr>
          <w:sz w:val="28"/>
          <w:szCs w:val="28"/>
        </w:rPr>
        <w:t xml:space="preserve">. </w:t>
      </w:r>
      <w:proofErr w:type="spellStart"/>
      <w:r w:rsidR="007E2511" w:rsidRPr="008B2203">
        <w:rPr>
          <w:sz w:val="28"/>
          <w:szCs w:val="28"/>
        </w:rPr>
        <w:t>Nejdůležitější</w:t>
      </w:r>
      <w:proofErr w:type="spellEnd"/>
      <w:r w:rsidR="007E2511" w:rsidRPr="008B2203">
        <w:rPr>
          <w:sz w:val="28"/>
          <w:szCs w:val="28"/>
        </w:rPr>
        <w:t xml:space="preserve"> </w:t>
      </w:r>
      <w:proofErr w:type="spellStart"/>
      <w:r w:rsidR="007E2511" w:rsidRPr="008B2203">
        <w:rPr>
          <w:sz w:val="28"/>
          <w:szCs w:val="28"/>
        </w:rPr>
        <w:t>používané</w:t>
      </w:r>
      <w:proofErr w:type="spellEnd"/>
      <w:r w:rsidR="007E2511" w:rsidRPr="008B2203">
        <w:rPr>
          <w:sz w:val="28"/>
          <w:szCs w:val="28"/>
        </w:rPr>
        <w:t xml:space="preserve"> </w:t>
      </w:r>
      <w:proofErr w:type="spellStart"/>
      <w:r w:rsidR="007E2511" w:rsidRPr="008B2203">
        <w:rPr>
          <w:sz w:val="28"/>
          <w:szCs w:val="28"/>
        </w:rPr>
        <w:t>předpisy</w:t>
      </w:r>
      <w:proofErr w:type="spellEnd"/>
    </w:p>
    <w:p w14:paraId="7F2CF239" w14:textId="77777777" w:rsidR="008A2995" w:rsidRPr="008B2203" w:rsidRDefault="008A2995" w:rsidP="008A2995">
      <w:pPr>
        <w:rPr>
          <w:sz w:val="24"/>
          <w:szCs w:val="24"/>
          <w:lang w:val="cs-CZ"/>
        </w:rPr>
      </w:pPr>
      <w:r w:rsidRPr="008B2203">
        <w:rPr>
          <w:sz w:val="24"/>
          <w:szCs w:val="24"/>
          <w:lang w:val="cs-CZ"/>
        </w:rPr>
        <w:t>Činnost školy se řídí zejména těmito právními předpisy:</w:t>
      </w:r>
    </w:p>
    <w:p w14:paraId="7A5567F2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zákon č. 561/2004 Sb., školský zákon, </w:t>
      </w:r>
    </w:p>
    <w:p w14:paraId="398196D7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zákon č. 106/1999 Sb., o svobodném přístupu k informacím, </w:t>
      </w:r>
    </w:p>
    <w:p w14:paraId="3B848D8C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zákon č. 500/2004 Sb., správní řád, </w:t>
      </w:r>
    </w:p>
    <w:p w14:paraId="67370CB9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zákon č. 262/2006 Sb., zákoník práce, </w:t>
      </w:r>
    </w:p>
    <w:p w14:paraId="45EFFF61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zákon č. 110/2019 Sb., o zpracování osobních údajů, </w:t>
      </w:r>
    </w:p>
    <w:p w14:paraId="232514D7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Nařízení Evropského parlamentu a Rady (EU) 2016/679 (GDPR), </w:t>
      </w:r>
    </w:p>
    <w:p w14:paraId="609D4575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vyhláška č. 48/2005 Sb., o základním vzdělávání, </w:t>
      </w:r>
    </w:p>
    <w:p w14:paraId="0C7E930B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vyhláška č. 14/2005 Sb., o předškolním vzdělávání, </w:t>
      </w:r>
    </w:p>
    <w:p w14:paraId="6EDBB1EF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vyhláška č. 74/2005 Sb., o zájmovém vzdělávání, </w:t>
      </w:r>
    </w:p>
    <w:p w14:paraId="7D460CB7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t xml:space="preserve">vyhláška č. 107/2005 Sb., o školním stravování, </w:t>
      </w:r>
    </w:p>
    <w:p w14:paraId="0362C218" w14:textId="77777777" w:rsidR="008A2995" w:rsidRPr="008A2995" w:rsidRDefault="008A2995" w:rsidP="008A2995">
      <w:pPr>
        <w:numPr>
          <w:ilvl w:val="0"/>
          <w:numId w:val="16"/>
        </w:numPr>
        <w:rPr>
          <w:lang w:val="cs-CZ"/>
        </w:rPr>
      </w:pPr>
      <w:r w:rsidRPr="008A2995">
        <w:rPr>
          <w:lang w:val="cs-CZ"/>
        </w:rPr>
        <w:lastRenderedPageBreak/>
        <w:t xml:space="preserve">další právní předpisy upravující oblast školství a veřejné správy. </w:t>
      </w:r>
    </w:p>
    <w:p w14:paraId="7EBCBEB3" w14:textId="77777777" w:rsidR="008A2995" w:rsidRPr="008B2203" w:rsidRDefault="008A2995" w:rsidP="008A2995">
      <w:pPr>
        <w:rPr>
          <w:sz w:val="24"/>
          <w:szCs w:val="24"/>
          <w:lang w:val="cs-CZ"/>
        </w:rPr>
      </w:pPr>
      <w:r w:rsidRPr="008B2203">
        <w:rPr>
          <w:sz w:val="24"/>
          <w:szCs w:val="24"/>
          <w:lang w:val="cs-CZ"/>
        </w:rPr>
        <w:t>Úplná znění právních předpisů jsou dostupná ve Sbírce zákonů a na Portálu veřejné správy.</w:t>
      </w:r>
    </w:p>
    <w:p w14:paraId="212BE017" w14:textId="6141AA3A" w:rsidR="009A3022" w:rsidRPr="008B2203" w:rsidRDefault="009A3022" w:rsidP="009A3022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 xml:space="preserve">15. </w:t>
      </w:r>
      <w:proofErr w:type="spellStart"/>
      <w:r w:rsidR="00164B25" w:rsidRPr="008B2203">
        <w:rPr>
          <w:sz w:val="28"/>
          <w:szCs w:val="28"/>
        </w:rPr>
        <w:t>Sazebník</w:t>
      </w:r>
      <w:proofErr w:type="spellEnd"/>
      <w:r w:rsidR="00164B25" w:rsidRPr="008B2203">
        <w:rPr>
          <w:sz w:val="28"/>
          <w:szCs w:val="28"/>
        </w:rPr>
        <w:t xml:space="preserve"> </w:t>
      </w:r>
      <w:proofErr w:type="spellStart"/>
      <w:r w:rsidR="00164B25" w:rsidRPr="008B2203">
        <w:rPr>
          <w:sz w:val="28"/>
          <w:szCs w:val="28"/>
        </w:rPr>
        <w:t>úhrad</w:t>
      </w:r>
      <w:proofErr w:type="spellEnd"/>
      <w:r w:rsidR="00164B25" w:rsidRPr="008B2203">
        <w:rPr>
          <w:sz w:val="28"/>
          <w:szCs w:val="28"/>
        </w:rPr>
        <w:t xml:space="preserve"> za </w:t>
      </w:r>
      <w:proofErr w:type="spellStart"/>
      <w:r w:rsidR="00164B25" w:rsidRPr="008B2203">
        <w:rPr>
          <w:sz w:val="28"/>
          <w:szCs w:val="28"/>
        </w:rPr>
        <w:t>poskytování</w:t>
      </w:r>
      <w:proofErr w:type="spellEnd"/>
      <w:r w:rsidR="00164B25" w:rsidRPr="008B2203">
        <w:rPr>
          <w:sz w:val="28"/>
          <w:szCs w:val="28"/>
        </w:rPr>
        <w:t xml:space="preserve"> </w:t>
      </w:r>
      <w:proofErr w:type="spellStart"/>
      <w:r w:rsidR="00164B25" w:rsidRPr="008B2203">
        <w:rPr>
          <w:sz w:val="28"/>
          <w:szCs w:val="28"/>
        </w:rPr>
        <w:t>informací</w:t>
      </w:r>
      <w:proofErr w:type="spellEnd"/>
    </w:p>
    <w:p w14:paraId="54F32E72" w14:textId="77E7667C" w:rsidR="009A3022" w:rsidRPr="009A3022" w:rsidRDefault="009A3022" w:rsidP="009A3022">
      <w:pPr>
        <w:rPr>
          <w:sz w:val="24"/>
          <w:szCs w:val="24"/>
          <w:lang w:val="cs-CZ"/>
        </w:rPr>
      </w:pPr>
      <w:r w:rsidRPr="009A3022">
        <w:rPr>
          <w:sz w:val="24"/>
          <w:szCs w:val="24"/>
          <w:lang w:val="cs-CZ"/>
        </w:rPr>
        <w:t xml:space="preserve">Úhrady nákladů za poskytování informací se řídí </w:t>
      </w:r>
      <w:r w:rsidRPr="009A3022">
        <w:rPr>
          <w:b/>
          <w:bCs/>
          <w:sz w:val="24"/>
          <w:szCs w:val="24"/>
          <w:lang w:val="cs-CZ"/>
        </w:rPr>
        <w:t>Sazebníkem úhrad nákladů za poskytování informací</w:t>
      </w:r>
      <w:r w:rsidRPr="009A3022">
        <w:rPr>
          <w:sz w:val="24"/>
          <w:szCs w:val="24"/>
          <w:lang w:val="cs-CZ"/>
        </w:rPr>
        <w:t>, který je zveřejněn jako samostatný dokument na webových stránkách školy</w:t>
      </w:r>
      <w:r w:rsidR="006335E2">
        <w:rPr>
          <w:sz w:val="24"/>
          <w:szCs w:val="24"/>
          <w:lang w:val="cs-CZ"/>
        </w:rPr>
        <w:t>.</w:t>
      </w:r>
    </w:p>
    <w:p w14:paraId="1049AB67" w14:textId="77777777" w:rsidR="009A3022" w:rsidRPr="009A3022" w:rsidRDefault="009A3022" w:rsidP="009A3022">
      <w:pPr>
        <w:rPr>
          <w:sz w:val="24"/>
          <w:szCs w:val="24"/>
          <w:lang w:val="cs-CZ"/>
        </w:rPr>
      </w:pPr>
      <w:r w:rsidRPr="009A3022">
        <w:rPr>
          <w:sz w:val="24"/>
          <w:szCs w:val="24"/>
          <w:lang w:val="cs-CZ"/>
        </w:rPr>
        <w:t>Sazebník stanoví zejména:</w:t>
      </w:r>
    </w:p>
    <w:p w14:paraId="754135AD" w14:textId="77777777" w:rsidR="009A3022" w:rsidRPr="009A3022" w:rsidRDefault="009A3022" w:rsidP="009A3022">
      <w:pPr>
        <w:numPr>
          <w:ilvl w:val="0"/>
          <w:numId w:val="17"/>
        </w:numPr>
        <w:rPr>
          <w:sz w:val="24"/>
          <w:szCs w:val="24"/>
          <w:lang w:val="cs-CZ"/>
        </w:rPr>
      </w:pPr>
      <w:r w:rsidRPr="009A3022">
        <w:rPr>
          <w:sz w:val="24"/>
          <w:szCs w:val="24"/>
          <w:lang w:val="cs-CZ"/>
        </w:rPr>
        <w:t xml:space="preserve">cenu za pořízení kopií, </w:t>
      </w:r>
    </w:p>
    <w:p w14:paraId="61B534F1" w14:textId="77777777" w:rsidR="009A3022" w:rsidRPr="009A3022" w:rsidRDefault="009A3022" w:rsidP="009A3022">
      <w:pPr>
        <w:numPr>
          <w:ilvl w:val="0"/>
          <w:numId w:val="17"/>
        </w:numPr>
        <w:rPr>
          <w:sz w:val="24"/>
          <w:szCs w:val="24"/>
          <w:lang w:val="cs-CZ"/>
        </w:rPr>
      </w:pPr>
      <w:r w:rsidRPr="009A3022">
        <w:rPr>
          <w:sz w:val="24"/>
          <w:szCs w:val="24"/>
          <w:lang w:val="cs-CZ"/>
        </w:rPr>
        <w:t xml:space="preserve">cenu technických nosičů dat, </w:t>
      </w:r>
    </w:p>
    <w:p w14:paraId="7FBCEE91" w14:textId="77777777" w:rsidR="009A3022" w:rsidRPr="009A3022" w:rsidRDefault="009A3022" w:rsidP="009A3022">
      <w:pPr>
        <w:numPr>
          <w:ilvl w:val="0"/>
          <w:numId w:val="17"/>
        </w:numPr>
        <w:rPr>
          <w:sz w:val="24"/>
          <w:szCs w:val="24"/>
          <w:lang w:val="cs-CZ"/>
        </w:rPr>
      </w:pPr>
      <w:r w:rsidRPr="009A3022">
        <w:rPr>
          <w:sz w:val="24"/>
          <w:szCs w:val="24"/>
          <w:lang w:val="cs-CZ"/>
        </w:rPr>
        <w:t xml:space="preserve">náklady na poštovní služby, </w:t>
      </w:r>
    </w:p>
    <w:p w14:paraId="0E193BE5" w14:textId="77777777" w:rsidR="009A3022" w:rsidRPr="009A3022" w:rsidRDefault="009A3022" w:rsidP="009A3022">
      <w:pPr>
        <w:numPr>
          <w:ilvl w:val="0"/>
          <w:numId w:val="17"/>
        </w:numPr>
        <w:rPr>
          <w:sz w:val="24"/>
          <w:szCs w:val="24"/>
          <w:lang w:val="cs-CZ"/>
        </w:rPr>
      </w:pPr>
      <w:r w:rsidRPr="009A3022">
        <w:rPr>
          <w:sz w:val="24"/>
          <w:szCs w:val="24"/>
          <w:lang w:val="cs-CZ"/>
        </w:rPr>
        <w:t xml:space="preserve">náklady na mimořádně rozsáhlé vyhledávání informací, </w:t>
      </w:r>
    </w:p>
    <w:p w14:paraId="791B868C" w14:textId="77777777" w:rsidR="009A3022" w:rsidRPr="009A3022" w:rsidRDefault="009A3022" w:rsidP="009A3022">
      <w:pPr>
        <w:numPr>
          <w:ilvl w:val="0"/>
          <w:numId w:val="17"/>
        </w:numPr>
        <w:rPr>
          <w:sz w:val="24"/>
          <w:szCs w:val="24"/>
          <w:lang w:val="cs-CZ"/>
        </w:rPr>
      </w:pPr>
      <w:r w:rsidRPr="009A3022">
        <w:rPr>
          <w:sz w:val="24"/>
          <w:szCs w:val="24"/>
          <w:lang w:val="cs-CZ"/>
        </w:rPr>
        <w:t xml:space="preserve">způsob výpočtu úhrady, </w:t>
      </w:r>
    </w:p>
    <w:p w14:paraId="30059834" w14:textId="77777777" w:rsidR="009A3022" w:rsidRPr="009A3022" w:rsidRDefault="009A3022" w:rsidP="009A3022">
      <w:pPr>
        <w:numPr>
          <w:ilvl w:val="0"/>
          <w:numId w:val="17"/>
        </w:numPr>
        <w:rPr>
          <w:sz w:val="24"/>
          <w:szCs w:val="24"/>
          <w:lang w:val="cs-CZ"/>
        </w:rPr>
      </w:pPr>
      <w:r w:rsidRPr="009A3022">
        <w:rPr>
          <w:sz w:val="24"/>
          <w:szCs w:val="24"/>
          <w:lang w:val="cs-CZ"/>
        </w:rPr>
        <w:t xml:space="preserve">podmínky úhrady. </w:t>
      </w:r>
    </w:p>
    <w:p w14:paraId="61ACD9BB" w14:textId="77777777" w:rsidR="009A3022" w:rsidRPr="009A3022" w:rsidRDefault="009A3022" w:rsidP="009A3022">
      <w:pPr>
        <w:rPr>
          <w:sz w:val="24"/>
          <w:szCs w:val="24"/>
          <w:lang w:val="cs-CZ"/>
        </w:rPr>
      </w:pPr>
      <w:r w:rsidRPr="009A3022">
        <w:rPr>
          <w:sz w:val="24"/>
          <w:szCs w:val="24"/>
          <w:lang w:val="cs-CZ"/>
        </w:rPr>
        <w:t>Nepřesáhne-li celková výše úhrady 100 Kč, škola úhradu nepožaduje.</w:t>
      </w:r>
    </w:p>
    <w:p w14:paraId="21427B10" w14:textId="1BADA39F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1</w:t>
      </w:r>
      <w:r w:rsidR="00312F29" w:rsidRPr="008B2203">
        <w:rPr>
          <w:sz w:val="28"/>
          <w:szCs w:val="28"/>
        </w:rPr>
        <w:t>6</w:t>
      </w:r>
      <w:r w:rsidRPr="008B2203">
        <w:rPr>
          <w:sz w:val="28"/>
          <w:szCs w:val="28"/>
        </w:rPr>
        <w:t>. Licenční smlouvy</w:t>
      </w:r>
    </w:p>
    <w:p w14:paraId="766B408E" w14:textId="77777777" w:rsidR="00A34153" w:rsidRPr="00A34153" w:rsidRDefault="00A34153" w:rsidP="00A34153">
      <w:pPr>
        <w:rPr>
          <w:sz w:val="24"/>
          <w:szCs w:val="24"/>
          <w:lang w:val="cs-CZ"/>
        </w:rPr>
      </w:pPr>
      <w:r w:rsidRPr="00A34153">
        <w:rPr>
          <w:sz w:val="24"/>
          <w:szCs w:val="24"/>
          <w:lang w:val="cs-CZ"/>
        </w:rPr>
        <w:t>Škola neposkytla žádnou výhradní licenci podle § 14a zákona č. 106/1999 Sb., o svobodném přístupu k informacím.</w:t>
      </w:r>
    </w:p>
    <w:p w14:paraId="0B9885D8" w14:textId="77777777" w:rsidR="00A34153" w:rsidRPr="00A34153" w:rsidRDefault="00A34153" w:rsidP="00A34153">
      <w:pPr>
        <w:rPr>
          <w:sz w:val="24"/>
          <w:szCs w:val="24"/>
          <w:lang w:val="cs-CZ"/>
        </w:rPr>
      </w:pPr>
      <w:r w:rsidRPr="00A34153">
        <w:rPr>
          <w:sz w:val="24"/>
          <w:szCs w:val="24"/>
          <w:lang w:val="cs-CZ"/>
        </w:rPr>
        <w:t>V případě uzavření výhradní licenční smlouvy bude tato informace zveřejněna způsobem stanoveným zákonem.</w:t>
      </w:r>
    </w:p>
    <w:p w14:paraId="29421765" w14:textId="5B7C0B41" w:rsidR="00A81442" w:rsidRPr="008B2203" w:rsidRDefault="00000000">
      <w:pPr>
        <w:pStyle w:val="Nadpis2"/>
        <w:rPr>
          <w:sz w:val="28"/>
          <w:szCs w:val="28"/>
        </w:rPr>
      </w:pPr>
      <w:r w:rsidRPr="008B2203">
        <w:rPr>
          <w:sz w:val="28"/>
          <w:szCs w:val="28"/>
        </w:rPr>
        <w:t>1</w:t>
      </w:r>
      <w:r w:rsidR="00A34153" w:rsidRPr="008B2203">
        <w:rPr>
          <w:sz w:val="28"/>
          <w:szCs w:val="28"/>
        </w:rPr>
        <w:t>7</w:t>
      </w:r>
      <w:r w:rsidRPr="008B2203">
        <w:rPr>
          <w:sz w:val="28"/>
          <w:szCs w:val="28"/>
        </w:rPr>
        <w:t>. Výroční zprávy</w:t>
      </w:r>
    </w:p>
    <w:p w14:paraId="6A79ACD3" w14:textId="77777777" w:rsidR="00C40DF7" w:rsidRPr="00C40DF7" w:rsidRDefault="00C40DF7" w:rsidP="00C40DF7">
      <w:p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>Škola každoročně zpracovává výroční zprávu o své činnosti v oblasti poskytování informací podle § 18 zákona č. 106/1999 Sb.</w:t>
      </w:r>
    </w:p>
    <w:p w14:paraId="58E8116A" w14:textId="77777777" w:rsidR="00C40DF7" w:rsidRPr="00C40DF7" w:rsidRDefault="00C40DF7" w:rsidP="00C40DF7">
      <w:p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>Výroční zpráva obsahuje zejména:</w:t>
      </w:r>
    </w:p>
    <w:p w14:paraId="59F0E586" w14:textId="77777777" w:rsidR="00C40DF7" w:rsidRPr="00C40DF7" w:rsidRDefault="00C40DF7" w:rsidP="00C40DF7">
      <w:pPr>
        <w:numPr>
          <w:ilvl w:val="0"/>
          <w:numId w:val="18"/>
        </w:num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 xml:space="preserve">počet podaných žádostí o informace, </w:t>
      </w:r>
    </w:p>
    <w:p w14:paraId="09A2339A" w14:textId="77777777" w:rsidR="00C40DF7" w:rsidRPr="00C40DF7" w:rsidRDefault="00C40DF7" w:rsidP="00C40DF7">
      <w:pPr>
        <w:numPr>
          <w:ilvl w:val="0"/>
          <w:numId w:val="18"/>
        </w:num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 xml:space="preserve">počet vydaných rozhodnutí o odmítnutí žádosti, </w:t>
      </w:r>
    </w:p>
    <w:p w14:paraId="2EA26055" w14:textId="77777777" w:rsidR="00C40DF7" w:rsidRPr="00C40DF7" w:rsidRDefault="00C40DF7" w:rsidP="00C40DF7">
      <w:pPr>
        <w:numPr>
          <w:ilvl w:val="0"/>
          <w:numId w:val="18"/>
        </w:num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 xml:space="preserve">počet podaných odvolání, </w:t>
      </w:r>
    </w:p>
    <w:p w14:paraId="26565800" w14:textId="77777777" w:rsidR="00C40DF7" w:rsidRPr="00C40DF7" w:rsidRDefault="00C40DF7" w:rsidP="00C40DF7">
      <w:pPr>
        <w:numPr>
          <w:ilvl w:val="0"/>
          <w:numId w:val="18"/>
        </w:num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 xml:space="preserve">údaje o soudních přezkumech rozhodnutí, </w:t>
      </w:r>
    </w:p>
    <w:p w14:paraId="597AB78A" w14:textId="77777777" w:rsidR="00C40DF7" w:rsidRPr="00C40DF7" w:rsidRDefault="00C40DF7" w:rsidP="00C40DF7">
      <w:pPr>
        <w:numPr>
          <w:ilvl w:val="0"/>
          <w:numId w:val="18"/>
        </w:num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 xml:space="preserve">přehled poskytnutých výhradních licencí, </w:t>
      </w:r>
    </w:p>
    <w:p w14:paraId="53E0042B" w14:textId="77777777" w:rsidR="00C40DF7" w:rsidRPr="00C40DF7" w:rsidRDefault="00C40DF7" w:rsidP="00C40DF7">
      <w:pPr>
        <w:numPr>
          <w:ilvl w:val="0"/>
          <w:numId w:val="18"/>
        </w:num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 xml:space="preserve">počet stížností podle § 16a zákona, </w:t>
      </w:r>
    </w:p>
    <w:p w14:paraId="540CDA0F" w14:textId="77777777" w:rsidR="00C40DF7" w:rsidRPr="00C40DF7" w:rsidRDefault="00C40DF7" w:rsidP="00C40DF7">
      <w:pPr>
        <w:numPr>
          <w:ilvl w:val="0"/>
          <w:numId w:val="18"/>
        </w:num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lastRenderedPageBreak/>
        <w:t xml:space="preserve">výši vybraných úhrad, </w:t>
      </w:r>
    </w:p>
    <w:p w14:paraId="0C1655A2" w14:textId="77777777" w:rsidR="00C40DF7" w:rsidRPr="00C40DF7" w:rsidRDefault="00C40DF7" w:rsidP="00C40DF7">
      <w:pPr>
        <w:numPr>
          <w:ilvl w:val="0"/>
          <w:numId w:val="18"/>
        </w:num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 xml:space="preserve">další informace vztahující se k uplatňování zákona. </w:t>
      </w:r>
    </w:p>
    <w:p w14:paraId="4FDFD5B5" w14:textId="4124066F" w:rsidR="00C40DF7" w:rsidRPr="00C40DF7" w:rsidRDefault="00C40DF7" w:rsidP="00C40DF7">
      <w:p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 xml:space="preserve">Výroční zpráva je zveřejňována každoročně </w:t>
      </w:r>
      <w:r w:rsidRPr="00C40DF7">
        <w:rPr>
          <w:b/>
          <w:bCs/>
          <w:sz w:val="24"/>
          <w:szCs w:val="24"/>
          <w:lang w:val="cs-CZ"/>
        </w:rPr>
        <w:t>nejpozději do 1. března</w:t>
      </w:r>
      <w:r w:rsidRPr="00C40DF7">
        <w:rPr>
          <w:sz w:val="24"/>
          <w:szCs w:val="24"/>
          <w:lang w:val="cs-CZ"/>
        </w:rPr>
        <w:t xml:space="preserve"> za předcházející kalendářní rok a je dostupná na webových stránkách školy.</w:t>
      </w:r>
      <w:r w:rsidR="006335E2" w:rsidRPr="006335E2">
        <w:t xml:space="preserve"> </w:t>
      </w:r>
      <w:proofErr w:type="spellStart"/>
      <w:r w:rsidR="006335E2" w:rsidRPr="006335E2">
        <w:rPr>
          <w:sz w:val="24"/>
          <w:szCs w:val="24"/>
        </w:rPr>
        <w:t>Výroční</w:t>
      </w:r>
      <w:proofErr w:type="spellEnd"/>
      <w:r w:rsidR="006335E2" w:rsidRPr="006335E2">
        <w:rPr>
          <w:sz w:val="24"/>
          <w:szCs w:val="24"/>
        </w:rPr>
        <w:t xml:space="preserve"> </w:t>
      </w:r>
      <w:proofErr w:type="spellStart"/>
      <w:r w:rsidR="006335E2" w:rsidRPr="006335E2">
        <w:rPr>
          <w:sz w:val="24"/>
          <w:szCs w:val="24"/>
        </w:rPr>
        <w:t>zprávy</w:t>
      </w:r>
      <w:proofErr w:type="spellEnd"/>
      <w:r w:rsidR="006335E2" w:rsidRPr="006335E2">
        <w:rPr>
          <w:sz w:val="24"/>
          <w:szCs w:val="24"/>
        </w:rPr>
        <w:t xml:space="preserve"> z </w:t>
      </w:r>
      <w:proofErr w:type="spellStart"/>
      <w:r w:rsidR="006335E2" w:rsidRPr="006335E2">
        <w:rPr>
          <w:sz w:val="24"/>
          <w:szCs w:val="24"/>
        </w:rPr>
        <w:t>předchozích</w:t>
      </w:r>
      <w:proofErr w:type="spellEnd"/>
      <w:r w:rsidR="006335E2" w:rsidRPr="006335E2">
        <w:rPr>
          <w:sz w:val="24"/>
          <w:szCs w:val="24"/>
        </w:rPr>
        <w:t xml:space="preserve"> let </w:t>
      </w:r>
      <w:proofErr w:type="spellStart"/>
      <w:r w:rsidR="006335E2" w:rsidRPr="006335E2">
        <w:rPr>
          <w:sz w:val="24"/>
          <w:szCs w:val="24"/>
        </w:rPr>
        <w:t>jsou</w:t>
      </w:r>
      <w:proofErr w:type="spellEnd"/>
      <w:r w:rsidR="006335E2" w:rsidRPr="006335E2">
        <w:rPr>
          <w:sz w:val="24"/>
          <w:szCs w:val="24"/>
        </w:rPr>
        <w:t xml:space="preserve"> </w:t>
      </w:r>
      <w:proofErr w:type="spellStart"/>
      <w:r w:rsidR="006335E2" w:rsidRPr="006335E2">
        <w:rPr>
          <w:sz w:val="24"/>
          <w:szCs w:val="24"/>
        </w:rPr>
        <w:t>rovněž</w:t>
      </w:r>
      <w:proofErr w:type="spellEnd"/>
      <w:r w:rsidR="006335E2" w:rsidRPr="006335E2">
        <w:rPr>
          <w:sz w:val="24"/>
          <w:szCs w:val="24"/>
        </w:rPr>
        <w:t xml:space="preserve"> </w:t>
      </w:r>
      <w:proofErr w:type="spellStart"/>
      <w:r w:rsidR="006335E2" w:rsidRPr="006335E2">
        <w:rPr>
          <w:sz w:val="24"/>
          <w:szCs w:val="24"/>
        </w:rPr>
        <w:t>dostupné</w:t>
      </w:r>
      <w:proofErr w:type="spellEnd"/>
      <w:r w:rsidR="006335E2" w:rsidRPr="006335E2">
        <w:rPr>
          <w:sz w:val="24"/>
          <w:szCs w:val="24"/>
        </w:rPr>
        <w:t xml:space="preserve"> </w:t>
      </w:r>
      <w:proofErr w:type="spellStart"/>
      <w:r w:rsidR="006335E2" w:rsidRPr="006335E2">
        <w:rPr>
          <w:sz w:val="24"/>
          <w:szCs w:val="24"/>
        </w:rPr>
        <w:t>na</w:t>
      </w:r>
      <w:proofErr w:type="spellEnd"/>
      <w:r w:rsidR="006335E2" w:rsidRPr="006335E2">
        <w:rPr>
          <w:sz w:val="24"/>
          <w:szCs w:val="24"/>
        </w:rPr>
        <w:t xml:space="preserve"> </w:t>
      </w:r>
      <w:proofErr w:type="spellStart"/>
      <w:r w:rsidR="006335E2" w:rsidRPr="006335E2">
        <w:rPr>
          <w:sz w:val="24"/>
          <w:szCs w:val="24"/>
        </w:rPr>
        <w:t>webových</w:t>
      </w:r>
      <w:proofErr w:type="spellEnd"/>
      <w:r w:rsidR="006335E2" w:rsidRPr="006335E2">
        <w:rPr>
          <w:sz w:val="24"/>
          <w:szCs w:val="24"/>
        </w:rPr>
        <w:t xml:space="preserve"> </w:t>
      </w:r>
      <w:proofErr w:type="spellStart"/>
      <w:r w:rsidR="006335E2" w:rsidRPr="006335E2">
        <w:rPr>
          <w:sz w:val="24"/>
          <w:szCs w:val="24"/>
        </w:rPr>
        <w:t>stránkách</w:t>
      </w:r>
      <w:proofErr w:type="spellEnd"/>
      <w:r w:rsidR="006335E2" w:rsidRPr="006335E2">
        <w:rPr>
          <w:sz w:val="24"/>
          <w:szCs w:val="24"/>
        </w:rPr>
        <w:t xml:space="preserve"> </w:t>
      </w:r>
      <w:proofErr w:type="spellStart"/>
      <w:r w:rsidR="006335E2" w:rsidRPr="006335E2">
        <w:rPr>
          <w:sz w:val="24"/>
          <w:szCs w:val="24"/>
        </w:rPr>
        <w:t>školy</w:t>
      </w:r>
      <w:proofErr w:type="spellEnd"/>
      <w:r w:rsidR="006335E2" w:rsidRPr="006335E2">
        <w:rPr>
          <w:sz w:val="24"/>
          <w:szCs w:val="24"/>
        </w:rPr>
        <w:t>.</w:t>
      </w:r>
    </w:p>
    <w:p w14:paraId="16214BED" w14:textId="77777777" w:rsidR="00232AA8" w:rsidRDefault="00232AA8" w:rsidP="00C40DF7">
      <w:pPr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</w:pPr>
    </w:p>
    <w:p w14:paraId="5300928B" w14:textId="77ABD542" w:rsidR="00C40DF7" w:rsidRPr="008B2203" w:rsidRDefault="00801F83" w:rsidP="00C40DF7">
      <w:pPr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  <w:lang w:val="cs-CZ"/>
        </w:rPr>
      </w:pPr>
      <w:proofErr w:type="spellStart"/>
      <w:r w:rsidRPr="008B2203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>Pověřenec</w:t>
      </w:r>
      <w:proofErr w:type="spellEnd"/>
      <w:r w:rsidRPr="008B2203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 xml:space="preserve"> pro </w:t>
      </w:r>
      <w:proofErr w:type="spellStart"/>
      <w:r w:rsidRPr="008B2203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>ochranu</w:t>
      </w:r>
      <w:proofErr w:type="spellEnd"/>
      <w:r w:rsidRPr="008B2203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 xml:space="preserve"> </w:t>
      </w:r>
      <w:proofErr w:type="spellStart"/>
      <w:r w:rsidRPr="008B2203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>osobních</w:t>
      </w:r>
      <w:proofErr w:type="spellEnd"/>
      <w:r w:rsidRPr="008B2203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 xml:space="preserve"> </w:t>
      </w:r>
      <w:proofErr w:type="spellStart"/>
      <w:r w:rsidRPr="008B2203">
        <w:rPr>
          <w:rFonts w:asciiTheme="majorHAnsi" w:hAnsiTheme="majorHAnsi" w:cstheme="majorHAnsi"/>
          <w:b/>
          <w:bCs/>
          <w:color w:val="365F91" w:themeColor="accent1" w:themeShade="BF"/>
          <w:sz w:val="28"/>
          <w:szCs w:val="28"/>
        </w:rPr>
        <w:t>údajů</w:t>
      </w:r>
      <w:proofErr w:type="spellEnd"/>
    </w:p>
    <w:p w14:paraId="55179B0A" w14:textId="33E77F04" w:rsidR="00C40DF7" w:rsidRDefault="00C40DF7" w:rsidP="00C40DF7">
      <w:pPr>
        <w:rPr>
          <w:sz w:val="24"/>
          <w:szCs w:val="24"/>
          <w:lang w:val="cs-CZ"/>
        </w:rPr>
      </w:pPr>
      <w:r w:rsidRPr="00C40DF7">
        <w:rPr>
          <w:sz w:val="24"/>
          <w:szCs w:val="24"/>
          <w:lang w:val="cs-CZ"/>
        </w:rPr>
        <w:t>Pověřence pro ochranu osobních údajů zajišťuje škola prostřednictvím smluvního partnera.</w:t>
      </w:r>
    </w:p>
    <w:p w14:paraId="4D93A5DF" w14:textId="3C1654FC" w:rsidR="00337BE3" w:rsidRDefault="003425CE" w:rsidP="00C40DF7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Společnost</w:t>
      </w:r>
      <w:proofErr w:type="spellEnd"/>
      <w:r>
        <w:rPr>
          <w:b/>
          <w:bCs/>
          <w:sz w:val="24"/>
          <w:szCs w:val="24"/>
        </w:rPr>
        <w:t>:</w:t>
      </w:r>
      <w:r w:rsidR="00337BE3">
        <w:rPr>
          <w:b/>
          <w:bCs/>
          <w:sz w:val="24"/>
          <w:szCs w:val="24"/>
        </w:rPr>
        <w:t xml:space="preserve"> </w:t>
      </w:r>
      <w:r w:rsidR="00CD789B" w:rsidRPr="00FE7C71">
        <w:rPr>
          <w:sz w:val="24"/>
          <w:szCs w:val="24"/>
        </w:rPr>
        <w:t xml:space="preserve">VIAVIS </w:t>
      </w:r>
      <w:proofErr w:type="spellStart"/>
      <w:r w:rsidR="00CD789B" w:rsidRPr="00FE7C71">
        <w:rPr>
          <w:sz w:val="24"/>
          <w:szCs w:val="24"/>
        </w:rPr>
        <w:t>a.s.</w:t>
      </w:r>
      <w:proofErr w:type="spellEnd"/>
      <w:r w:rsidR="00FE7C71" w:rsidRPr="00FE7C71">
        <w:rPr>
          <w:sz w:val="24"/>
          <w:szCs w:val="24"/>
        </w:rPr>
        <w:t xml:space="preserve">, </w:t>
      </w:r>
      <w:proofErr w:type="spellStart"/>
      <w:r w:rsidR="00FE7C71" w:rsidRPr="00FE7C71">
        <w:rPr>
          <w:sz w:val="24"/>
          <w:szCs w:val="24"/>
        </w:rPr>
        <w:t>R</w:t>
      </w:r>
      <w:r w:rsidR="00CD789B" w:rsidRPr="00FE7C71">
        <w:rPr>
          <w:sz w:val="24"/>
          <w:szCs w:val="24"/>
        </w:rPr>
        <w:t>azinova</w:t>
      </w:r>
      <w:proofErr w:type="spellEnd"/>
      <w:r w:rsidR="00CD789B" w:rsidRPr="00FE7C71">
        <w:rPr>
          <w:sz w:val="24"/>
          <w:szCs w:val="24"/>
        </w:rPr>
        <w:t xml:space="preserve"> 1574/3</w:t>
      </w:r>
      <w:r w:rsidR="00FE7C71" w:rsidRPr="00FE7C71">
        <w:rPr>
          <w:sz w:val="24"/>
          <w:szCs w:val="24"/>
        </w:rPr>
        <w:t xml:space="preserve">, </w:t>
      </w:r>
      <w:r w:rsidR="00CD789B" w:rsidRPr="00FE7C71">
        <w:rPr>
          <w:sz w:val="24"/>
          <w:szCs w:val="24"/>
        </w:rPr>
        <w:t>700 30 Ostrava-</w:t>
      </w:r>
      <w:proofErr w:type="spellStart"/>
      <w:r w:rsidR="00CD789B" w:rsidRPr="00FE7C71">
        <w:rPr>
          <w:sz w:val="24"/>
          <w:szCs w:val="24"/>
        </w:rPr>
        <w:t>Zábřeh</w:t>
      </w:r>
      <w:proofErr w:type="spellEnd"/>
    </w:p>
    <w:p w14:paraId="37C502A5" w14:textId="23CEBF75" w:rsidR="00236E65" w:rsidRPr="00337BE3" w:rsidRDefault="00337BE3" w:rsidP="00C40DF7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Zástupce</w:t>
      </w:r>
      <w:proofErr w:type="spellEnd"/>
      <w:r w:rsidR="00236E65" w:rsidRPr="00236E65">
        <w:rPr>
          <w:b/>
          <w:bCs/>
          <w:sz w:val="24"/>
          <w:szCs w:val="24"/>
        </w:rPr>
        <w:t>:</w:t>
      </w:r>
      <w:r w:rsidR="00236E65" w:rsidRPr="00236E65">
        <w:rPr>
          <w:sz w:val="24"/>
          <w:szCs w:val="24"/>
        </w:rPr>
        <w:t> Mgr. Vladimír Nesvadba</w:t>
      </w:r>
      <w:r w:rsidR="00236E65" w:rsidRPr="00236E65">
        <w:rPr>
          <w:sz w:val="24"/>
          <w:szCs w:val="24"/>
        </w:rPr>
        <w:br/>
      </w:r>
      <w:r w:rsidR="00236E65" w:rsidRPr="00236E65">
        <w:rPr>
          <w:b/>
          <w:bCs/>
          <w:sz w:val="24"/>
          <w:szCs w:val="24"/>
        </w:rPr>
        <w:t>E-</w:t>
      </w:r>
      <w:proofErr w:type="spellStart"/>
      <w:r w:rsidR="00236E65" w:rsidRPr="00236E65">
        <w:rPr>
          <w:b/>
          <w:bCs/>
          <w:sz w:val="24"/>
          <w:szCs w:val="24"/>
        </w:rPr>
        <w:t>mailová</w:t>
      </w:r>
      <w:proofErr w:type="spellEnd"/>
      <w:r w:rsidR="00236E65" w:rsidRPr="00236E65">
        <w:rPr>
          <w:b/>
          <w:bCs/>
          <w:sz w:val="24"/>
          <w:szCs w:val="24"/>
        </w:rPr>
        <w:t xml:space="preserve"> </w:t>
      </w:r>
      <w:proofErr w:type="spellStart"/>
      <w:r w:rsidR="00236E65" w:rsidRPr="00236E65">
        <w:rPr>
          <w:b/>
          <w:bCs/>
          <w:sz w:val="24"/>
          <w:szCs w:val="24"/>
        </w:rPr>
        <w:t>adresa</w:t>
      </w:r>
      <w:proofErr w:type="spellEnd"/>
      <w:r w:rsidR="00236E65" w:rsidRPr="00236E65">
        <w:rPr>
          <w:b/>
          <w:bCs/>
          <w:sz w:val="24"/>
          <w:szCs w:val="24"/>
        </w:rPr>
        <w:t>:</w:t>
      </w:r>
      <w:r w:rsidR="00236E65" w:rsidRPr="00236E65">
        <w:rPr>
          <w:sz w:val="24"/>
          <w:szCs w:val="24"/>
        </w:rPr>
        <w:t> </w:t>
      </w:r>
      <w:hyperlink r:id="rId9" w:history="1">
        <w:r w:rsidR="00236E65" w:rsidRPr="00337BE3">
          <w:rPr>
            <w:rStyle w:val="Hypertextovodkaz"/>
            <w:color w:val="auto"/>
            <w:sz w:val="24"/>
            <w:szCs w:val="24"/>
            <w:u w:val="none"/>
          </w:rPr>
          <w:t>trinec@viavis.cz</w:t>
        </w:r>
      </w:hyperlink>
    </w:p>
    <w:p w14:paraId="05A3B104" w14:textId="36969D39" w:rsidR="00C40DF7" w:rsidRPr="00C40DF7" w:rsidRDefault="00337BE3" w:rsidP="00C40DF7">
      <w:pPr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Informace</w:t>
      </w:r>
      <w:r w:rsidR="00C40DF7" w:rsidRPr="00C40DF7">
        <w:rPr>
          <w:sz w:val="24"/>
          <w:szCs w:val="24"/>
          <w:lang w:val="cs-CZ"/>
        </w:rPr>
        <w:t xml:space="preserve"> jsou zveřejněny na webových stránkách školy v sekci </w:t>
      </w:r>
      <w:r w:rsidR="00C40DF7" w:rsidRPr="00C40DF7">
        <w:rPr>
          <w:b/>
          <w:bCs/>
          <w:sz w:val="24"/>
          <w:szCs w:val="24"/>
          <w:lang w:val="cs-CZ"/>
        </w:rPr>
        <w:t>GDPR</w:t>
      </w:r>
      <w:r w:rsidR="00C40DF7" w:rsidRPr="00C40DF7">
        <w:rPr>
          <w:sz w:val="24"/>
          <w:szCs w:val="24"/>
          <w:lang w:val="cs-CZ"/>
        </w:rPr>
        <w:t xml:space="preserve"> a jsou k dispozici také v kanceláři školy.</w:t>
      </w:r>
    </w:p>
    <w:p w14:paraId="71BE6EAA" w14:textId="1A546540" w:rsidR="00A81442" w:rsidRPr="00AB71A5" w:rsidRDefault="00A81442">
      <w:pPr>
        <w:rPr>
          <w:sz w:val="24"/>
          <w:szCs w:val="24"/>
        </w:rPr>
      </w:pPr>
    </w:p>
    <w:sectPr w:rsidR="00A81442" w:rsidRPr="00AB71A5" w:rsidSect="002F26B5"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422617"/>
    <w:multiLevelType w:val="multilevel"/>
    <w:tmpl w:val="06EA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077C5F"/>
    <w:multiLevelType w:val="multilevel"/>
    <w:tmpl w:val="1CA4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885450"/>
    <w:multiLevelType w:val="multilevel"/>
    <w:tmpl w:val="7F52E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40736F"/>
    <w:multiLevelType w:val="multilevel"/>
    <w:tmpl w:val="7A4AC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802EA8"/>
    <w:multiLevelType w:val="multilevel"/>
    <w:tmpl w:val="4EDE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8377B7"/>
    <w:multiLevelType w:val="multilevel"/>
    <w:tmpl w:val="126E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823081"/>
    <w:multiLevelType w:val="multilevel"/>
    <w:tmpl w:val="0CCE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0054E9"/>
    <w:multiLevelType w:val="multilevel"/>
    <w:tmpl w:val="54942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C24B8D"/>
    <w:multiLevelType w:val="multilevel"/>
    <w:tmpl w:val="5704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603">
    <w:abstractNumId w:val="8"/>
  </w:num>
  <w:num w:numId="2" w16cid:durableId="1583759885">
    <w:abstractNumId w:val="6"/>
  </w:num>
  <w:num w:numId="3" w16cid:durableId="1916085730">
    <w:abstractNumId w:val="5"/>
  </w:num>
  <w:num w:numId="4" w16cid:durableId="771048822">
    <w:abstractNumId w:val="4"/>
  </w:num>
  <w:num w:numId="5" w16cid:durableId="2075199378">
    <w:abstractNumId w:val="7"/>
  </w:num>
  <w:num w:numId="6" w16cid:durableId="1748458689">
    <w:abstractNumId w:val="3"/>
  </w:num>
  <w:num w:numId="7" w16cid:durableId="165170153">
    <w:abstractNumId w:val="2"/>
  </w:num>
  <w:num w:numId="8" w16cid:durableId="519052271">
    <w:abstractNumId w:val="1"/>
  </w:num>
  <w:num w:numId="9" w16cid:durableId="695500111">
    <w:abstractNumId w:val="0"/>
  </w:num>
  <w:num w:numId="10" w16cid:durableId="1177574092">
    <w:abstractNumId w:val="15"/>
  </w:num>
  <w:num w:numId="11" w16cid:durableId="476193129">
    <w:abstractNumId w:val="9"/>
  </w:num>
  <w:num w:numId="12" w16cid:durableId="1835873559">
    <w:abstractNumId w:val="16"/>
  </w:num>
  <w:num w:numId="13" w16cid:durableId="197010258">
    <w:abstractNumId w:val="14"/>
  </w:num>
  <w:num w:numId="14" w16cid:durableId="925116016">
    <w:abstractNumId w:val="17"/>
  </w:num>
  <w:num w:numId="15" w16cid:durableId="945041348">
    <w:abstractNumId w:val="10"/>
  </w:num>
  <w:num w:numId="16" w16cid:durableId="1945649272">
    <w:abstractNumId w:val="11"/>
  </w:num>
  <w:num w:numId="17" w16cid:durableId="1791243787">
    <w:abstractNumId w:val="12"/>
  </w:num>
  <w:num w:numId="18" w16cid:durableId="12803371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F0D"/>
    <w:rsid w:val="0001225E"/>
    <w:rsid w:val="00034616"/>
    <w:rsid w:val="0006063C"/>
    <w:rsid w:val="000A6F94"/>
    <w:rsid w:val="000B6AFB"/>
    <w:rsid w:val="000F4DC0"/>
    <w:rsid w:val="0012111C"/>
    <w:rsid w:val="0015074B"/>
    <w:rsid w:val="00164B25"/>
    <w:rsid w:val="00173B3A"/>
    <w:rsid w:val="00232AA8"/>
    <w:rsid w:val="00236E65"/>
    <w:rsid w:val="00277324"/>
    <w:rsid w:val="0029639D"/>
    <w:rsid w:val="002B268C"/>
    <w:rsid w:val="002B3B28"/>
    <w:rsid w:val="002E3574"/>
    <w:rsid w:val="002F26B5"/>
    <w:rsid w:val="00303D48"/>
    <w:rsid w:val="00312F29"/>
    <w:rsid w:val="00314D4F"/>
    <w:rsid w:val="00326F90"/>
    <w:rsid w:val="00337BE3"/>
    <w:rsid w:val="003425CE"/>
    <w:rsid w:val="0037586B"/>
    <w:rsid w:val="005338EE"/>
    <w:rsid w:val="0054397B"/>
    <w:rsid w:val="005734B5"/>
    <w:rsid w:val="00596137"/>
    <w:rsid w:val="005C6FCA"/>
    <w:rsid w:val="006335E2"/>
    <w:rsid w:val="006B35E4"/>
    <w:rsid w:val="006E3063"/>
    <w:rsid w:val="0072559C"/>
    <w:rsid w:val="00783C1A"/>
    <w:rsid w:val="007922DA"/>
    <w:rsid w:val="007E2511"/>
    <w:rsid w:val="00801F83"/>
    <w:rsid w:val="00840187"/>
    <w:rsid w:val="008A2995"/>
    <w:rsid w:val="008B2203"/>
    <w:rsid w:val="008C6399"/>
    <w:rsid w:val="008C75B4"/>
    <w:rsid w:val="008D0904"/>
    <w:rsid w:val="008F69BE"/>
    <w:rsid w:val="009A3022"/>
    <w:rsid w:val="00A34153"/>
    <w:rsid w:val="00A55460"/>
    <w:rsid w:val="00A609E8"/>
    <w:rsid w:val="00A81442"/>
    <w:rsid w:val="00A82631"/>
    <w:rsid w:val="00A927FB"/>
    <w:rsid w:val="00AA1D8D"/>
    <w:rsid w:val="00AB71A5"/>
    <w:rsid w:val="00AF408D"/>
    <w:rsid w:val="00B02139"/>
    <w:rsid w:val="00B338E7"/>
    <w:rsid w:val="00B4063F"/>
    <w:rsid w:val="00B45E64"/>
    <w:rsid w:val="00B47730"/>
    <w:rsid w:val="00B51505"/>
    <w:rsid w:val="00BF0255"/>
    <w:rsid w:val="00C40DF7"/>
    <w:rsid w:val="00C4661E"/>
    <w:rsid w:val="00C940AB"/>
    <w:rsid w:val="00CA3BFE"/>
    <w:rsid w:val="00CB0664"/>
    <w:rsid w:val="00CD4DEB"/>
    <w:rsid w:val="00CD789B"/>
    <w:rsid w:val="00D21DDC"/>
    <w:rsid w:val="00E00101"/>
    <w:rsid w:val="00E11B33"/>
    <w:rsid w:val="00E26512"/>
    <w:rsid w:val="00E4230D"/>
    <w:rsid w:val="00E65EE4"/>
    <w:rsid w:val="00F03A93"/>
    <w:rsid w:val="00F21CC8"/>
    <w:rsid w:val="00FC693F"/>
    <w:rsid w:val="00FE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6CB6A50-DCFC-4A8F-B8CB-F96AD94D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AF408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4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.oldrichovice@seznam.cz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rinec@viavi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1152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Kateřina Spilaková</cp:lastModifiedBy>
  <cp:revision>67</cp:revision>
  <dcterms:created xsi:type="dcterms:W3CDTF">2013-12-23T23:15:00Z</dcterms:created>
  <dcterms:modified xsi:type="dcterms:W3CDTF">2026-08-03T20:27:00Z</dcterms:modified>
  <cp:category/>
</cp:coreProperties>
</file>